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929AE8" w14:textId="28CA12DB" w:rsidR="00E307BF" w:rsidRPr="00643E1E" w:rsidRDefault="00E307BF">
      <w:pPr>
        <w:bidi/>
        <w:spacing w:after="60"/>
        <w:jc w:val="center"/>
        <w:rPr>
          <w:rFonts w:ascii="XM Vahid" w:hAnsi="XM Vahid" w:cs="XM Vahid"/>
        </w:rPr>
      </w:pPr>
    </w:p>
    <w:tbl>
      <w:tblPr>
        <w:bidiVisual/>
        <w:tblW w:w="0" w:type="auto"/>
        <w:jc w:val="center"/>
        <w:tblBorders>
          <w:top w:val="single" w:sz="4" w:space="0" w:color="B6D7C2"/>
          <w:left w:val="single" w:sz="4" w:space="0" w:color="B6D7C2"/>
          <w:bottom w:val="single" w:sz="4" w:space="0" w:color="B6D7C2"/>
          <w:right w:val="single" w:sz="4" w:space="0" w:color="B6D7C2"/>
          <w:insideH w:val="single" w:sz="4" w:space="0" w:color="B6D7C2"/>
          <w:insideV w:val="single" w:sz="4" w:space="0" w:color="B6D7C2"/>
        </w:tblBorders>
        <w:tblLayout w:type="fixed"/>
        <w:tblLook w:val="04A0" w:firstRow="1" w:lastRow="0" w:firstColumn="1" w:lastColumn="0" w:noHBand="0" w:noVBand="1"/>
      </w:tblPr>
      <w:tblGrid>
        <w:gridCol w:w="3345"/>
        <w:gridCol w:w="3346"/>
        <w:gridCol w:w="3346"/>
      </w:tblGrid>
      <w:tr w:rsidR="00E307BF" w:rsidRPr="00643E1E" w14:paraId="4344764E" w14:textId="77777777" w:rsidTr="00367B72">
        <w:trPr>
          <w:trHeight w:val="1383"/>
          <w:jc w:val="center"/>
        </w:trPr>
        <w:tc>
          <w:tcPr>
            <w:tcW w:w="3345" w:type="dxa"/>
            <w:tcBorders>
              <w:top w:val="nil"/>
              <w:left w:val="nil"/>
              <w:bottom w:val="nil"/>
              <w:right w:val="nil"/>
            </w:tcBorders>
            <w:tcMar>
              <w:top w:w="34" w:type="dxa"/>
              <w:left w:w="60" w:type="dxa"/>
              <w:bottom w:w="34" w:type="dxa"/>
              <w:right w:w="60" w:type="dxa"/>
            </w:tcMar>
            <w:vAlign w:val="center"/>
          </w:tcPr>
          <w:p w14:paraId="5D8AEB63" w14:textId="5050B34C" w:rsidR="00811A11" w:rsidRPr="00811A11" w:rsidRDefault="00811A11" w:rsidP="00367B72">
            <w:pPr>
              <w:bidi/>
              <w:spacing w:after="0"/>
              <w:rPr>
                <w:rFonts w:ascii="XM Vahid" w:hAnsi="XM Vahid" w:cs="XM Vahid"/>
                <w:color w:val="475569"/>
                <w:sz w:val="20"/>
                <w:szCs w:val="20"/>
                <w:lang w:bidi="ar-MA"/>
              </w:rPr>
            </w:pPr>
            <w:r w:rsidRPr="00811A11">
              <w:rPr>
                <w:rFonts w:ascii="XM Vahid" w:hAnsi="XM Vahid" w:cs="XM Vahid"/>
                <w:b/>
                <w:bCs/>
                <w:color w:val="14532D"/>
                <w:sz w:val="20"/>
                <w:szCs w:val="20"/>
                <w:rtl/>
                <w:lang w:bidi="ar-MA"/>
              </w:rPr>
              <w:t>الأكاديمية</w:t>
            </w:r>
            <w:r w:rsidRPr="00643E1E">
              <w:rPr>
                <w:rFonts w:ascii="XM Vahid" w:hAnsi="XM Vahid" w:cs="XM Vahid" w:hint="cs"/>
                <w:b/>
                <w:bCs/>
                <w:color w:val="14532D"/>
                <w:sz w:val="20"/>
                <w:szCs w:val="20"/>
                <w:rtl/>
                <w:lang w:bidi="ar-MA"/>
              </w:rPr>
              <w:t xml:space="preserve">: </w:t>
            </w:r>
            <w:r w:rsidRPr="00643E1E">
              <w:rPr>
                <w:rFonts w:ascii="XM Vahid" w:hAnsi="XM Vahid" w:cs="XM Vahid" w:hint="cs"/>
                <w:color w:val="475569"/>
                <w:sz w:val="20"/>
                <w:szCs w:val="20"/>
                <w:rtl/>
                <w:lang w:bidi="ar-MA"/>
              </w:rPr>
              <w:t>..........................</w:t>
            </w:r>
          </w:p>
          <w:p w14:paraId="35752C7A" w14:textId="77777777" w:rsidR="00811A11" w:rsidRDefault="00811A11" w:rsidP="00367B72">
            <w:pPr>
              <w:bidi/>
              <w:spacing w:after="0"/>
              <w:rPr>
                <w:rFonts w:ascii="XM Vahid" w:hAnsi="XM Vahid" w:cs="XM Vahid"/>
                <w:color w:val="475569"/>
                <w:sz w:val="20"/>
                <w:szCs w:val="20"/>
                <w:lang w:bidi="ar-MA"/>
              </w:rPr>
            </w:pPr>
            <w:r w:rsidRPr="00643E1E">
              <w:rPr>
                <w:rFonts w:ascii="XM Vahid" w:hAnsi="XM Vahid" w:cs="XM Vahid" w:hint="cs"/>
                <w:b/>
                <w:bCs/>
                <w:color w:val="14532D"/>
                <w:sz w:val="20"/>
                <w:szCs w:val="20"/>
                <w:rtl/>
                <w:lang w:bidi="ar-MA"/>
              </w:rPr>
              <w:t xml:space="preserve">المديرية: </w:t>
            </w:r>
            <w:r w:rsidRPr="00643E1E">
              <w:rPr>
                <w:rFonts w:ascii="XM Vahid" w:hAnsi="XM Vahid" w:cs="XM Vahid" w:hint="cs"/>
                <w:color w:val="475569"/>
                <w:sz w:val="20"/>
                <w:szCs w:val="20"/>
                <w:rtl/>
                <w:lang w:bidi="ar-MA"/>
              </w:rPr>
              <w:t>..........................</w:t>
            </w:r>
          </w:p>
          <w:p w14:paraId="1D4D6783" w14:textId="2594EE69" w:rsidR="00811A11" w:rsidRPr="00643E1E" w:rsidRDefault="00811A11" w:rsidP="00367B72">
            <w:pPr>
              <w:bidi/>
              <w:spacing w:after="0"/>
              <w:rPr>
                <w:rFonts w:ascii="XM Vahid" w:hAnsi="XM Vahid" w:cs="XM Vahid"/>
              </w:rPr>
            </w:pPr>
            <w:r w:rsidRPr="00643E1E">
              <w:rPr>
                <w:rFonts w:ascii="XM Vahid" w:hAnsi="XM Vahid" w:cs="XM Vahid" w:hint="cs"/>
                <w:b/>
                <w:bCs/>
                <w:color w:val="14532D"/>
                <w:sz w:val="20"/>
                <w:szCs w:val="20"/>
                <w:rtl/>
                <w:lang w:bidi="ar-MA"/>
              </w:rPr>
              <w:t xml:space="preserve">المؤسسة: </w:t>
            </w:r>
            <w:r w:rsidRPr="00643E1E">
              <w:rPr>
                <w:rFonts w:ascii="XM Vahid" w:hAnsi="XM Vahid" w:cs="XM Vahid" w:hint="cs"/>
                <w:color w:val="475569"/>
                <w:sz w:val="20"/>
                <w:szCs w:val="20"/>
                <w:rtl/>
                <w:lang w:bidi="ar-MA"/>
              </w:rPr>
              <w:t>..........</w:t>
            </w:r>
            <w:r>
              <w:rPr>
                <w:rFonts w:ascii="XM Vahid" w:hAnsi="XM Vahid" w:cs="XM Vahid"/>
                <w:color w:val="475569"/>
                <w:sz w:val="20"/>
                <w:szCs w:val="20"/>
                <w:lang w:bidi="ar-MA"/>
              </w:rPr>
              <w:t>...............</w:t>
            </w:r>
          </w:p>
        </w:tc>
        <w:tc>
          <w:tcPr>
            <w:tcW w:w="3346" w:type="dxa"/>
            <w:tcBorders>
              <w:top w:val="nil"/>
              <w:left w:val="nil"/>
              <w:bottom w:val="nil"/>
              <w:right w:val="nil"/>
            </w:tcBorders>
            <w:tcMar>
              <w:top w:w="34" w:type="dxa"/>
              <w:left w:w="60" w:type="dxa"/>
              <w:bottom w:w="34" w:type="dxa"/>
              <w:right w:w="60" w:type="dxa"/>
            </w:tcMar>
          </w:tcPr>
          <w:p w14:paraId="3D88CD07" w14:textId="29D2EC6C" w:rsidR="00E307BF" w:rsidRPr="00643E1E" w:rsidRDefault="00811A11" w:rsidP="00F10171">
            <w:pPr>
              <w:bidi/>
              <w:spacing w:after="0"/>
              <w:rPr>
                <w:rFonts w:ascii="XM Vahid" w:hAnsi="XM Vahid" w:cs="XM Vahid"/>
              </w:rPr>
            </w:pPr>
            <w:r w:rsidRPr="00643E1E">
              <w:rPr>
                <w:rFonts w:ascii="XM Vahid" w:hAnsi="XM Vahid" w:cs="XM Vahid" w:hint="cs"/>
                <w:noProof/>
              </w:rPr>
              <w:drawing>
                <wp:inline distT="0" distB="0" distL="0" distR="0" wp14:anchorId="1BC4AEE6" wp14:editId="637661DA">
                  <wp:extent cx="2064759" cy="12726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2097843" cy="1293009"/>
                          </a:xfrm>
                          <a:prstGeom prst="rect">
                            <a:avLst/>
                          </a:prstGeom>
                        </pic:spPr>
                      </pic:pic>
                    </a:graphicData>
                  </a:graphic>
                </wp:inline>
              </w:drawing>
            </w:r>
          </w:p>
        </w:tc>
        <w:tc>
          <w:tcPr>
            <w:tcW w:w="3346" w:type="dxa"/>
            <w:tcBorders>
              <w:top w:val="nil"/>
              <w:left w:val="nil"/>
              <w:bottom w:val="nil"/>
              <w:right w:val="nil"/>
            </w:tcBorders>
            <w:tcMar>
              <w:top w:w="34" w:type="dxa"/>
              <w:left w:w="60" w:type="dxa"/>
              <w:bottom w:w="34" w:type="dxa"/>
              <w:right w:w="60" w:type="dxa"/>
            </w:tcMar>
            <w:vAlign w:val="center"/>
          </w:tcPr>
          <w:p w14:paraId="0E931624" w14:textId="73E8E151" w:rsidR="002A592D" w:rsidRPr="00811A11" w:rsidRDefault="002A592D" w:rsidP="00367B72">
            <w:pPr>
              <w:bidi/>
              <w:spacing w:after="0"/>
              <w:jc w:val="right"/>
              <w:rPr>
                <w:rFonts w:ascii="XM Vahid" w:hAnsi="XM Vahid" w:cs="XM Vahid"/>
                <w:color w:val="475569"/>
                <w:sz w:val="20"/>
                <w:szCs w:val="20"/>
                <w:lang w:bidi="ar-MA"/>
              </w:rPr>
            </w:pPr>
            <w:r w:rsidRPr="002A592D">
              <w:rPr>
                <w:rFonts w:ascii="XM Vahid" w:hAnsi="XM Vahid" w:cs="XM Vahid"/>
                <w:b/>
                <w:bCs/>
                <w:color w:val="14532D"/>
                <w:sz w:val="20"/>
                <w:szCs w:val="20"/>
                <w:rtl/>
                <w:lang w:bidi="ar-MA"/>
              </w:rPr>
              <w:t>الأستاذ(ة)</w:t>
            </w:r>
            <w:r w:rsidRPr="00643E1E">
              <w:rPr>
                <w:rFonts w:ascii="XM Vahid" w:hAnsi="XM Vahid" w:cs="XM Vahid" w:hint="cs"/>
                <w:b/>
                <w:bCs/>
                <w:color w:val="14532D"/>
                <w:sz w:val="20"/>
                <w:szCs w:val="20"/>
                <w:rtl/>
                <w:lang w:bidi="ar-MA"/>
              </w:rPr>
              <w:t xml:space="preserve">: </w:t>
            </w:r>
            <w:r w:rsidRPr="00643E1E">
              <w:rPr>
                <w:rFonts w:ascii="XM Vahid" w:hAnsi="XM Vahid" w:cs="XM Vahid" w:hint="cs"/>
                <w:color w:val="475569"/>
                <w:sz w:val="20"/>
                <w:szCs w:val="20"/>
                <w:rtl/>
                <w:lang w:bidi="ar-MA"/>
              </w:rPr>
              <w:t>........</w:t>
            </w:r>
            <w:r w:rsidR="00367B72">
              <w:rPr>
                <w:rFonts w:ascii="XM Vahid" w:hAnsi="XM Vahid" w:cs="XM Vahid"/>
                <w:color w:val="475569"/>
                <w:sz w:val="20"/>
                <w:szCs w:val="20"/>
                <w:lang w:bidi="ar-MA"/>
              </w:rPr>
              <w:t>......</w:t>
            </w:r>
            <w:r w:rsidRPr="00643E1E">
              <w:rPr>
                <w:rFonts w:ascii="XM Vahid" w:hAnsi="XM Vahid" w:cs="XM Vahid" w:hint="cs"/>
                <w:color w:val="475569"/>
                <w:sz w:val="20"/>
                <w:szCs w:val="20"/>
                <w:rtl/>
                <w:lang w:bidi="ar-MA"/>
              </w:rPr>
              <w:t>..................</w:t>
            </w:r>
          </w:p>
          <w:p w14:paraId="3BC52923" w14:textId="2C3D34EF" w:rsidR="002A592D" w:rsidRDefault="002A592D" w:rsidP="00367B72">
            <w:pPr>
              <w:bidi/>
              <w:spacing w:after="0"/>
              <w:jc w:val="right"/>
              <w:rPr>
                <w:rFonts w:ascii="XM Vahid" w:hAnsi="XM Vahid" w:cs="XM Vahid"/>
                <w:color w:val="475569"/>
                <w:sz w:val="20"/>
                <w:szCs w:val="20"/>
                <w:lang w:bidi="ar-MA"/>
              </w:rPr>
            </w:pPr>
            <w:r w:rsidRPr="002A592D">
              <w:rPr>
                <w:rFonts w:ascii="XM Vahid" w:hAnsi="XM Vahid" w:cs="XM Vahid"/>
                <w:b/>
                <w:bCs/>
                <w:color w:val="14532D"/>
                <w:sz w:val="20"/>
                <w:szCs w:val="20"/>
                <w:rtl/>
                <w:lang w:bidi="ar-MA"/>
              </w:rPr>
              <w:t>رقم التأجير</w:t>
            </w:r>
            <w:r w:rsidRPr="00643E1E">
              <w:rPr>
                <w:rFonts w:ascii="XM Vahid" w:hAnsi="XM Vahid" w:cs="XM Vahid" w:hint="cs"/>
                <w:b/>
                <w:bCs/>
                <w:color w:val="14532D"/>
                <w:sz w:val="20"/>
                <w:szCs w:val="20"/>
                <w:rtl/>
                <w:lang w:bidi="ar-MA"/>
              </w:rPr>
              <w:t xml:space="preserve">: </w:t>
            </w:r>
            <w:r w:rsidRPr="00643E1E">
              <w:rPr>
                <w:rFonts w:ascii="XM Vahid" w:hAnsi="XM Vahid" w:cs="XM Vahid" w:hint="cs"/>
                <w:color w:val="475569"/>
                <w:sz w:val="20"/>
                <w:szCs w:val="20"/>
                <w:rtl/>
                <w:lang w:bidi="ar-MA"/>
              </w:rPr>
              <w:t>........</w:t>
            </w:r>
            <w:r w:rsidR="00367B72">
              <w:rPr>
                <w:rFonts w:ascii="XM Vahid" w:hAnsi="XM Vahid" w:cs="XM Vahid"/>
                <w:color w:val="475569"/>
                <w:sz w:val="20"/>
                <w:szCs w:val="20"/>
                <w:lang w:bidi="ar-MA"/>
              </w:rPr>
              <w:t>...</w:t>
            </w:r>
            <w:r w:rsidRPr="00643E1E">
              <w:rPr>
                <w:rFonts w:ascii="XM Vahid" w:hAnsi="XM Vahid" w:cs="XM Vahid" w:hint="cs"/>
                <w:color w:val="475569"/>
                <w:sz w:val="20"/>
                <w:szCs w:val="20"/>
                <w:rtl/>
                <w:lang w:bidi="ar-MA"/>
              </w:rPr>
              <w:t>..................</w:t>
            </w:r>
          </w:p>
          <w:p w14:paraId="442E6779" w14:textId="3D7BECA2" w:rsidR="00E307BF" w:rsidRPr="00643E1E" w:rsidRDefault="002A592D" w:rsidP="00367B72">
            <w:pPr>
              <w:bidi/>
              <w:spacing w:after="0"/>
              <w:jc w:val="right"/>
              <w:rPr>
                <w:rFonts w:ascii="XM Vahid" w:hAnsi="XM Vahid" w:cs="XM Vahid"/>
              </w:rPr>
            </w:pPr>
            <w:r w:rsidRPr="002A592D">
              <w:rPr>
                <w:rFonts w:ascii="XM Vahid" w:hAnsi="XM Vahid" w:cs="XM Vahid"/>
                <w:b/>
                <w:bCs/>
                <w:color w:val="14532D"/>
                <w:sz w:val="20"/>
                <w:szCs w:val="20"/>
                <w:rtl/>
                <w:lang w:bidi="ar-MA"/>
              </w:rPr>
              <w:t>السنة الدراسية</w:t>
            </w:r>
            <w:r w:rsidRPr="00643E1E">
              <w:rPr>
                <w:rFonts w:ascii="XM Vahid" w:hAnsi="XM Vahid" w:cs="XM Vahid" w:hint="cs"/>
                <w:b/>
                <w:bCs/>
                <w:color w:val="14532D"/>
                <w:sz w:val="20"/>
                <w:szCs w:val="20"/>
                <w:rtl/>
                <w:lang w:bidi="ar-MA"/>
              </w:rPr>
              <w:t xml:space="preserve">: </w:t>
            </w:r>
            <w:r w:rsidRPr="00643E1E">
              <w:rPr>
                <w:rFonts w:ascii="XM Vahid" w:hAnsi="XM Vahid" w:cs="XM Vahid" w:hint="cs"/>
                <w:color w:val="475569"/>
                <w:sz w:val="20"/>
                <w:szCs w:val="20"/>
                <w:rtl/>
                <w:lang w:bidi="ar-MA"/>
              </w:rPr>
              <w:t>..........</w:t>
            </w:r>
            <w:r>
              <w:rPr>
                <w:rFonts w:ascii="XM Vahid" w:hAnsi="XM Vahid" w:cs="XM Vahid"/>
                <w:color w:val="475569"/>
                <w:sz w:val="20"/>
                <w:szCs w:val="20"/>
                <w:lang w:bidi="ar-MA"/>
              </w:rPr>
              <w:t>...............</w:t>
            </w:r>
          </w:p>
        </w:tc>
      </w:tr>
    </w:tbl>
    <w:p w14:paraId="347B7703" w14:textId="77777777" w:rsidR="00E307BF" w:rsidRPr="00643E1E" w:rsidRDefault="00E307BF" w:rsidP="00F10171">
      <w:pPr>
        <w:bidi/>
        <w:spacing w:after="20"/>
        <w:rPr>
          <w:rFonts w:ascii="XM Vahid" w:hAnsi="XM Vahid" w:cs="XM Vahid"/>
        </w:rPr>
      </w:pPr>
    </w:p>
    <w:tbl>
      <w:tblPr>
        <w:bidiVisual/>
        <w:tblW w:w="0" w:type="auto"/>
        <w:jc w:val="center"/>
        <w:tblBorders>
          <w:top w:val="single" w:sz="8" w:space="0" w:color="14532D"/>
          <w:left w:val="single" w:sz="8" w:space="0" w:color="14532D"/>
          <w:bottom w:val="single" w:sz="8" w:space="0" w:color="14532D"/>
          <w:right w:val="single" w:sz="8" w:space="0" w:color="14532D"/>
          <w:insideH w:val="single" w:sz="8" w:space="0" w:color="14532D"/>
          <w:insideV w:val="single" w:sz="8" w:space="0" w:color="14532D"/>
        </w:tblBorders>
        <w:tblLook w:val="04A0" w:firstRow="1" w:lastRow="0" w:firstColumn="1" w:lastColumn="0" w:noHBand="0" w:noVBand="1"/>
      </w:tblPr>
      <w:tblGrid>
        <w:gridCol w:w="10037"/>
      </w:tblGrid>
      <w:tr w:rsidR="00E307BF" w:rsidRPr="00643E1E" w14:paraId="0BAB7790" w14:textId="77777777">
        <w:trPr>
          <w:jc w:val="center"/>
        </w:trPr>
        <w:tc>
          <w:tcPr>
            <w:tcW w:w="10037" w:type="dxa"/>
            <w:shd w:val="clear" w:color="auto" w:fill="14532D"/>
            <w:tcMar>
              <w:top w:w="60" w:type="dxa"/>
              <w:left w:w="100" w:type="dxa"/>
              <w:bottom w:w="60" w:type="dxa"/>
              <w:right w:w="100" w:type="dxa"/>
            </w:tcMar>
          </w:tcPr>
          <w:p w14:paraId="7F917E69"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b/>
                <w:bCs/>
                <w:color w:val="FFFFFF"/>
                <w:sz w:val="30"/>
                <w:szCs w:val="30"/>
                <w:rtl/>
                <w:lang w:bidi="ar-MA"/>
              </w:rPr>
              <w:t>تقرير تربوي حول دراسة حالة – مادة الرياضيات (برنامج الدعم المكثف)</w:t>
            </w:r>
          </w:p>
        </w:tc>
      </w:tr>
    </w:tbl>
    <w:p w14:paraId="4C1674B4" w14:textId="77777777" w:rsidR="00E307BF" w:rsidRPr="00643E1E" w:rsidRDefault="00E307BF" w:rsidP="00F10171">
      <w:pPr>
        <w:bidi/>
        <w:spacing w:after="20"/>
        <w:rPr>
          <w:rFonts w:ascii="XM Vahid" w:hAnsi="XM Vahid" w:cs="XM Vahid"/>
        </w:rPr>
      </w:pPr>
    </w:p>
    <w:tbl>
      <w:tblPr>
        <w:bidiVisual/>
        <w:tblW w:w="0" w:type="auto"/>
        <w:jc w:val="center"/>
        <w:tblBorders>
          <w:top w:val="single" w:sz="6" w:space="0" w:color="B6D7C2"/>
          <w:left w:val="single" w:sz="6" w:space="0" w:color="B6D7C2"/>
          <w:bottom w:val="single" w:sz="6" w:space="0" w:color="B6D7C2"/>
          <w:right w:val="single" w:sz="6" w:space="0" w:color="B6D7C2"/>
          <w:insideH w:val="single" w:sz="6" w:space="0" w:color="B6D7C2"/>
          <w:insideV w:val="single" w:sz="6" w:space="0" w:color="B6D7C2"/>
        </w:tblBorders>
        <w:tblLayout w:type="fixed"/>
        <w:tblLook w:val="04A0" w:firstRow="1" w:lastRow="0" w:firstColumn="1" w:lastColumn="0" w:noHBand="0" w:noVBand="1"/>
      </w:tblPr>
      <w:tblGrid>
        <w:gridCol w:w="1872"/>
        <w:gridCol w:w="3168"/>
        <w:gridCol w:w="1728"/>
        <w:gridCol w:w="3269"/>
      </w:tblGrid>
      <w:tr w:rsidR="00E307BF" w:rsidRPr="00643E1E" w14:paraId="3D109C08" w14:textId="77777777">
        <w:trPr>
          <w:cantSplit/>
          <w:jc w:val="center"/>
        </w:trPr>
        <w:tc>
          <w:tcPr>
            <w:tcW w:w="10036" w:type="dxa"/>
            <w:gridSpan w:val="4"/>
            <w:shd w:val="clear" w:color="auto" w:fill="DCFCE7"/>
            <w:tcMar>
              <w:top w:w="34" w:type="dxa"/>
              <w:left w:w="75" w:type="dxa"/>
              <w:bottom w:w="34" w:type="dxa"/>
              <w:right w:w="75" w:type="dxa"/>
            </w:tcMar>
          </w:tcPr>
          <w:p w14:paraId="1487E95F" w14:textId="77777777" w:rsidR="00E307BF" w:rsidRPr="00643E1E" w:rsidRDefault="00000000" w:rsidP="00F10171">
            <w:pPr>
              <w:keepNext/>
              <w:bidi/>
              <w:spacing w:after="0"/>
              <w:rPr>
                <w:rFonts w:ascii="XM Vahid" w:hAnsi="XM Vahid" w:cs="XM Vahid"/>
              </w:rPr>
            </w:pPr>
            <w:r w:rsidRPr="00643E1E">
              <w:rPr>
                <w:rFonts w:ascii="XM Vahid" w:hAnsi="XM Vahid" w:cs="XM Vahid" w:hint="cs"/>
                <w:b/>
                <w:bCs/>
                <w:color w:val="14532D"/>
                <w:sz w:val="21"/>
                <w:szCs w:val="21"/>
                <w:rtl/>
                <w:lang w:bidi="ar-MA"/>
              </w:rPr>
              <w:t>1. البطاقة التقنية والمعطيات الإدارية للتقرير</w:t>
            </w:r>
          </w:p>
        </w:tc>
      </w:tr>
      <w:tr w:rsidR="00E307BF" w:rsidRPr="00643E1E" w14:paraId="5A723F9A" w14:textId="77777777">
        <w:trPr>
          <w:cantSplit/>
          <w:jc w:val="center"/>
        </w:trPr>
        <w:tc>
          <w:tcPr>
            <w:tcW w:w="1872" w:type="dxa"/>
            <w:shd w:val="clear" w:color="auto" w:fill="F0FDF4"/>
            <w:tcMar>
              <w:top w:w="34" w:type="dxa"/>
              <w:left w:w="65" w:type="dxa"/>
              <w:bottom w:w="34" w:type="dxa"/>
              <w:right w:w="65" w:type="dxa"/>
            </w:tcMar>
          </w:tcPr>
          <w:p w14:paraId="413EB36D"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موضوع الوثيقة</w:t>
            </w:r>
          </w:p>
        </w:tc>
        <w:tc>
          <w:tcPr>
            <w:tcW w:w="7527" w:type="dxa"/>
            <w:gridSpan w:val="3"/>
            <w:tcMar>
              <w:top w:w="34" w:type="dxa"/>
              <w:left w:w="65" w:type="dxa"/>
              <w:bottom w:w="34" w:type="dxa"/>
              <w:right w:w="65" w:type="dxa"/>
            </w:tcMar>
          </w:tcPr>
          <w:p w14:paraId="1D76323E" w14:textId="77777777" w:rsidR="00E307BF" w:rsidRPr="00643E1E" w:rsidRDefault="00000000" w:rsidP="00F10171">
            <w:pPr>
              <w:keepNext/>
              <w:bidi/>
              <w:spacing w:after="0"/>
              <w:rPr>
                <w:rFonts w:ascii="XM Vahid" w:hAnsi="XM Vahid" w:cs="XM Vahid"/>
              </w:rPr>
            </w:pPr>
            <w:r w:rsidRPr="00643E1E">
              <w:rPr>
                <w:rFonts w:ascii="XM Vahid" w:hAnsi="XM Vahid" w:cs="XM Vahid" w:hint="cs"/>
                <w:sz w:val="20"/>
                <w:szCs w:val="20"/>
                <w:rtl/>
                <w:lang w:bidi="ar-MA"/>
              </w:rPr>
              <w:t>تقرير تربوي لتتبع دراسة حالة فردية خاصة بأحد المتعلمين أو المتعلمات</w:t>
            </w:r>
          </w:p>
        </w:tc>
      </w:tr>
      <w:tr w:rsidR="00E307BF" w:rsidRPr="00643E1E" w14:paraId="508EB379" w14:textId="77777777">
        <w:trPr>
          <w:cantSplit/>
          <w:jc w:val="center"/>
        </w:trPr>
        <w:tc>
          <w:tcPr>
            <w:tcW w:w="1872" w:type="dxa"/>
            <w:shd w:val="clear" w:color="auto" w:fill="F0FDF4"/>
            <w:tcMar>
              <w:top w:w="34" w:type="dxa"/>
              <w:left w:w="65" w:type="dxa"/>
              <w:bottom w:w="34" w:type="dxa"/>
              <w:right w:w="65" w:type="dxa"/>
            </w:tcMar>
          </w:tcPr>
          <w:p w14:paraId="6BFED0EF"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الفئة المعنية</w:t>
            </w:r>
          </w:p>
        </w:tc>
        <w:tc>
          <w:tcPr>
            <w:tcW w:w="7527" w:type="dxa"/>
            <w:gridSpan w:val="3"/>
            <w:tcMar>
              <w:top w:w="34" w:type="dxa"/>
              <w:left w:w="65" w:type="dxa"/>
              <w:bottom w:w="34" w:type="dxa"/>
              <w:right w:w="65" w:type="dxa"/>
            </w:tcMar>
          </w:tcPr>
          <w:p w14:paraId="29A2406F" w14:textId="77777777" w:rsidR="00E307BF" w:rsidRPr="00643E1E" w:rsidRDefault="00000000" w:rsidP="00F10171">
            <w:pPr>
              <w:keepNext/>
              <w:bidi/>
              <w:spacing w:after="0"/>
              <w:rPr>
                <w:rFonts w:ascii="XM Vahid" w:hAnsi="XM Vahid" w:cs="XM Vahid"/>
              </w:rPr>
            </w:pPr>
            <w:r w:rsidRPr="00643E1E">
              <w:rPr>
                <w:rFonts w:ascii="XM Vahid" w:hAnsi="XM Vahid" w:cs="XM Vahid" w:hint="cs"/>
                <w:color w:val="475569"/>
                <w:sz w:val="20"/>
                <w:szCs w:val="20"/>
                <w:rtl/>
                <w:lang w:bidi="ar-MA"/>
              </w:rPr>
              <w:t>...........................................................................................................................</w:t>
            </w:r>
          </w:p>
        </w:tc>
      </w:tr>
      <w:tr w:rsidR="00E307BF" w:rsidRPr="00643E1E" w14:paraId="03E4AED2" w14:textId="77777777">
        <w:trPr>
          <w:cantSplit/>
          <w:jc w:val="center"/>
        </w:trPr>
        <w:tc>
          <w:tcPr>
            <w:tcW w:w="1872" w:type="dxa"/>
            <w:shd w:val="clear" w:color="auto" w:fill="F0FDF4"/>
            <w:tcMar>
              <w:top w:w="34" w:type="dxa"/>
              <w:left w:w="65" w:type="dxa"/>
              <w:bottom w:w="34" w:type="dxa"/>
              <w:right w:w="65" w:type="dxa"/>
            </w:tcMar>
          </w:tcPr>
          <w:p w14:paraId="0D87F7EF"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b/>
                <w:bCs/>
                <w:color w:val="14532D"/>
                <w:sz w:val="20"/>
                <w:szCs w:val="20"/>
                <w:rtl/>
                <w:lang w:bidi="ar-MA"/>
              </w:rPr>
              <w:t>الفترة الزمنية</w:t>
            </w:r>
          </w:p>
        </w:tc>
        <w:tc>
          <w:tcPr>
            <w:tcW w:w="3168" w:type="dxa"/>
            <w:tcMar>
              <w:top w:w="34" w:type="dxa"/>
              <w:left w:w="65" w:type="dxa"/>
              <w:bottom w:w="34" w:type="dxa"/>
              <w:right w:w="65" w:type="dxa"/>
            </w:tcMar>
          </w:tcPr>
          <w:p w14:paraId="343F5089" w14:textId="77777777" w:rsidR="00E307BF" w:rsidRPr="00643E1E" w:rsidRDefault="00000000" w:rsidP="00F10171">
            <w:pPr>
              <w:bidi/>
              <w:spacing w:after="0"/>
              <w:rPr>
                <w:rFonts w:ascii="XM Vahid" w:hAnsi="XM Vahid" w:cs="XM Vahid"/>
              </w:rPr>
            </w:pPr>
            <w:r w:rsidRPr="00643E1E">
              <w:rPr>
                <w:rFonts w:ascii="XM Vahid" w:hAnsi="XM Vahid" w:cs="XM Vahid" w:hint="cs"/>
                <w:sz w:val="20"/>
                <w:szCs w:val="20"/>
                <w:rtl/>
                <w:lang w:bidi="ar-MA"/>
              </w:rPr>
              <w:t>من .... شتنبر إلى .... أكتوبر</w:t>
            </w:r>
          </w:p>
        </w:tc>
        <w:tc>
          <w:tcPr>
            <w:tcW w:w="1728" w:type="dxa"/>
            <w:shd w:val="clear" w:color="auto" w:fill="F0FDF4"/>
            <w:tcMar>
              <w:top w:w="34" w:type="dxa"/>
              <w:left w:w="65" w:type="dxa"/>
              <w:bottom w:w="34" w:type="dxa"/>
              <w:right w:w="65" w:type="dxa"/>
            </w:tcMar>
          </w:tcPr>
          <w:p w14:paraId="7C0160E5"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b/>
                <w:bCs/>
                <w:color w:val="14532D"/>
                <w:sz w:val="20"/>
                <w:szCs w:val="20"/>
                <w:rtl/>
                <w:lang w:bidi="ar-MA"/>
              </w:rPr>
              <w:t>تأطير وإشراف</w:t>
            </w:r>
          </w:p>
        </w:tc>
        <w:tc>
          <w:tcPr>
            <w:tcW w:w="3269" w:type="dxa"/>
            <w:tcMar>
              <w:top w:w="34" w:type="dxa"/>
              <w:left w:w="65" w:type="dxa"/>
              <w:bottom w:w="34" w:type="dxa"/>
              <w:right w:w="65" w:type="dxa"/>
            </w:tcMar>
          </w:tcPr>
          <w:p w14:paraId="5BEF3C2F" w14:textId="77777777" w:rsidR="00E307BF" w:rsidRPr="00643E1E" w:rsidRDefault="00000000" w:rsidP="00F10171">
            <w:pPr>
              <w:bidi/>
              <w:spacing w:after="0"/>
              <w:rPr>
                <w:rFonts w:ascii="XM Vahid" w:hAnsi="XM Vahid" w:cs="XM Vahid"/>
              </w:rPr>
            </w:pPr>
            <w:r w:rsidRPr="00643E1E">
              <w:rPr>
                <w:rFonts w:ascii="XM Vahid" w:hAnsi="XM Vahid" w:cs="XM Vahid" w:hint="cs"/>
                <w:sz w:val="20"/>
                <w:szCs w:val="20"/>
                <w:rtl/>
                <w:lang w:bidi="ar-MA"/>
              </w:rPr>
              <w:t>الأستاذ(ة): ...................................</w:t>
            </w:r>
          </w:p>
        </w:tc>
      </w:tr>
    </w:tbl>
    <w:p w14:paraId="7713564C" w14:textId="77777777" w:rsidR="00E307BF" w:rsidRPr="00643E1E" w:rsidRDefault="00000000" w:rsidP="00F10171">
      <w:pPr>
        <w:keepNext/>
        <w:pBdr>
          <w:bottom w:val="single" w:sz="10" w:space="2" w:color="15803D"/>
        </w:pBdr>
        <w:bidi/>
        <w:spacing w:before="130" w:after="50"/>
        <w:rPr>
          <w:rFonts w:ascii="XM Vahid" w:hAnsi="XM Vahid" w:cs="XM Vahid"/>
        </w:rPr>
      </w:pPr>
      <w:r w:rsidRPr="00643E1E">
        <w:rPr>
          <w:rFonts w:ascii="XM Vahid" w:hAnsi="XM Vahid" w:cs="XM Vahid" w:hint="cs"/>
          <w:b/>
          <w:bCs/>
          <w:color w:val="14532D"/>
          <w:sz w:val="26"/>
          <w:szCs w:val="26"/>
          <w:rtl/>
          <w:lang w:bidi="ar-MA"/>
        </w:rPr>
        <w:t>2. السياق التربوي والغاية من دراسة الحالة</w:t>
      </w:r>
    </w:p>
    <w:p w14:paraId="3BE2A1AA" w14:textId="77777777" w:rsidR="00E307BF" w:rsidRPr="00643E1E" w:rsidRDefault="00000000" w:rsidP="00F10171">
      <w:pPr>
        <w:bidi/>
        <w:spacing w:after="60"/>
        <w:jc w:val="both"/>
        <w:rPr>
          <w:rFonts w:ascii="XM Vahid" w:hAnsi="XM Vahid" w:cs="XM Vahid"/>
        </w:rPr>
      </w:pPr>
      <w:r w:rsidRPr="00643E1E">
        <w:rPr>
          <w:rFonts w:ascii="XM Vahid" w:hAnsi="XM Vahid" w:cs="XM Vahid" w:hint="cs"/>
          <w:rtl/>
          <w:lang w:bidi="ar-MA"/>
        </w:rPr>
        <w:t>يسعى هذا التقرير التربوي إلى رصد وتقييم الأثر الفعلي لحصص الدعم المكثف المنجزة خلال محطة تثبيت التعلمات الأساس، بغية تذليل الصعوبات الحسابية والرياضياتية التي تواجه المتعلم(ة). وتستند هذه المتابعة إلى مقاربة سوسيو-بيداغوجية تقارن بين المكتسبات الأولية للمتعلم(ة) عند الانطلاق ومستوى التطور المسجل في أدائه(ها) الدراسي واندماجه(ها) الصفي عقب انتهاء فترة التدخل العلاجي.</w:t>
      </w:r>
    </w:p>
    <w:p w14:paraId="0060BA92" w14:textId="77777777" w:rsidR="00E307BF" w:rsidRPr="00643E1E" w:rsidRDefault="00000000" w:rsidP="00F10171">
      <w:pPr>
        <w:keepNext/>
        <w:pBdr>
          <w:bottom w:val="single" w:sz="10" w:space="2" w:color="15803D"/>
        </w:pBdr>
        <w:bidi/>
        <w:spacing w:before="130" w:after="50"/>
        <w:rPr>
          <w:rFonts w:ascii="XM Vahid" w:hAnsi="XM Vahid" w:cs="XM Vahid"/>
        </w:rPr>
      </w:pPr>
      <w:r w:rsidRPr="00643E1E">
        <w:rPr>
          <w:rFonts w:ascii="XM Vahid" w:hAnsi="XM Vahid" w:cs="XM Vahid" w:hint="cs"/>
          <w:b/>
          <w:bCs/>
          <w:color w:val="14532D"/>
          <w:sz w:val="26"/>
          <w:szCs w:val="26"/>
          <w:rtl/>
          <w:lang w:bidi="ar-MA"/>
        </w:rPr>
        <w:t>3. البيانات التعريفية للمتعلم(ة) المعني(ة) بالدراسة</w:t>
      </w:r>
    </w:p>
    <w:tbl>
      <w:tblPr>
        <w:bidiVisual/>
        <w:tblW w:w="0" w:type="auto"/>
        <w:jc w:val="center"/>
        <w:tblBorders>
          <w:top w:val="single" w:sz="6" w:space="0" w:color="B6D7C2"/>
          <w:left w:val="single" w:sz="6" w:space="0" w:color="B6D7C2"/>
          <w:bottom w:val="single" w:sz="6" w:space="0" w:color="B6D7C2"/>
          <w:right w:val="single" w:sz="6" w:space="0" w:color="B6D7C2"/>
          <w:insideH w:val="single" w:sz="6" w:space="0" w:color="B6D7C2"/>
          <w:insideV w:val="single" w:sz="6" w:space="0" w:color="B6D7C2"/>
        </w:tblBorders>
        <w:tblLayout w:type="fixed"/>
        <w:tblLook w:val="04A0" w:firstRow="1" w:lastRow="0" w:firstColumn="1" w:lastColumn="0" w:noHBand="0" w:noVBand="1"/>
      </w:tblPr>
      <w:tblGrid>
        <w:gridCol w:w="2664"/>
        <w:gridCol w:w="1872"/>
        <w:gridCol w:w="1757"/>
        <w:gridCol w:w="1872"/>
        <w:gridCol w:w="1872"/>
      </w:tblGrid>
      <w:tr w:rsidR="00E307BF" w:rsidRPr="00643E1E" w14:paraId="28D5D4A1" w14:textId="77777777">
        <w:trPr>
          <w:cantSplit/>
          <w:jc w:val="center"/>
        </w:trPr>
        <w:tc>
          <w:tcPr>
            <w:tcW w:w="2664" w:type="dxa"/>
            <w:shd w:val="clear" w:color="auto" w:fill="DCFCE7"/>
            <w:tcMar>
              <w:top w:w="32" w:type="dxa"/>
              <w:left w:w="45" w:type="dxa"/>
              <w:bottom w:w="32" w:type="dxa"/>
              <w:right w:w="45" w:type="dxa"/>
            </w:tcMar>
          </w:tcPr>
          <w:p w14:paraId="19E23547"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الاسم الكامل للمتعلم(ة)</w:t>
            </w:r>
          </w:p>
        </w:tc>
        <w:tc>
          <w:tcPr>
            <w:tcW w:w="1872" w:type="dxa"/>
            <w:shd w:val="clear" w:color="auto" w:fill="DCFCE7"/>
            <w:tcMar>
              <w:top w:w="32" w:type="dxa"/>
              <w:left w:w="45" w:type="dxa"/>
              <w:bottom w:w="32" w:type="dxa"/>
              <w:right w:w="45" w:type="dxa"/>
            </w:tcMar>
          </w:tcPr>
          <w:p w14:paraId="1622AE27"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رمز مسار (Massar)</w:t>
            </w:r>
          </w:p>
        </w:tc>
        <w:tc>
          <w:tcPr>
            <w:tcW w:w="1757" w:type="dxa"/>
            <w:shd w:val="clear" w:color="auto" w:fill="DCFCE7"/>
            <w:tcMar>
              <w:top w:w="32" w:type="dxa"/>
              <w:left w:w="45" w:type="dxa"/>
              <w:bottom w:w="32" w:type="dxa"/>
              <w:right w:w="45" w:type="dxa"/>
            </w:tcMar>
          </w:tcPr>
          <w:p w14:paraId="4B7FC958"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المستوى الدراسي</w:t>
            </w:r>
          </w:p>
        </w:tc>
        <w:tc>
          <w:tcPr>
            <w:tcW w:w="1872" w:type="dxa"/>
            <w:shd w:val="clear" w:color="auto" w:fill="DCFCE7"/>
            <w:tcMar>
              <w:top w:w="32" w:type="dxa"/>
              <w:left w:w="45" w:type="dxa"/>
              <w:bottom w:w="32" w:type="dxa"/>
              <w:right w:w="45" w:type="dxa"/>
            </w:tcMar>
          </w:tcPr>
          <w:p w14:paraId="005C0354"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تاريخ الازدياد</w:t>
            </w:r>
          </w:p>
        </w:tc>
        <w:tc>
          <w:tcPr>
            <w:tcW w:w="1872" w:type="dxa"/>
            <w:shd w:val="clear" w:color="auto" w:fill="DCFCE7"/>
            <w:tcMar>
              <w:top w:w="32" w:type="dxa"/>
              <w:left w:w="45" w:type="dxa"/>
              <w:bottom w:w="32" w:type="dxa"/>
              <w:right w:w="45" w:type="dxa"/>
            </w:tcMar>
          </w:tcPr>
          <w:p w14:paraId="64F868B5"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مكان الازدياد</w:t>
            </w:r>
          </w:p>
        </w:tc>
      </w:tr>
      <w:tr w:rsidR="00E307BF" w:rsidRPr="00643E1E" w14:paraId="753F455B" w14:textId="77777777">
        <w:trPr>
          <w:cantSplit/>
          <w:jc w:val="center"/>
        </w:trPr>
        <w:tc>
          <w:tcPr>
            <w:tcW w:w="2664" w:type="dxa"/>
            <w:tcMar>
              <w:top w:w="36" w:type="dxa"/>
              <w:left w:w="45" w:type="dxa"/>
              <w:bottom w:w="36" w:type="dxa"/>
              <w:right w:w="45" w:type="dxa"/>
            </w:tcMar>
          </w:tcPr>
          <w:p w14:paraId="2E4AE36E"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1872" w:type="dxa"/>
            <w:tcMar>
              <w:top w:w="36" w:type="dxa"/>
              <w:left w:w="45" w:type="dxa"/>
              <w:bottom w:w="36" w:type="dxa"/>
              <w:right w:w="45" w:type="dxa"/>
            </w:tcMar>
          </w:tcPr>
          <w:p w14:paraId="0A03BC9E"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1757" w:type="dxa"/>
            <w:tcMar>
              <w:top w:w="36" w:type="dxa"/>
              <w:left w:w="45" w:type="dxa"/>
              <w:bottom w:w="36" w:type="dxa"/>
              <w:right w:w="45" w:type="dxa"/>
            </w:tcMar>
          </w:tcPr>
          <w:p w14:paraId="4C67C214"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1872" w:type="dxa"/>
            <w:tcMar>
              <w:top w:w="36" w:type="dxa"/>
              <w:left w:w="45" w:type="dxa"/>
              <w:bottom w:w="36" w:type="dxa"/>
              <w:right w:w="45" w:type="dxa"/>
            </w:tcMar>
          </w:tcPr>
          <w:p w14:paraId="438D5A73"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 / .... / 20....</w:t>
            </w:r>
          </w:p>
        </w:tc>
        <w:tc>
          <w:tcPr>
            <w:tcW w:w="1872" w:type="dxa"/>
            <w:tcMar>
              <w:top w:w="36" w:type="dxa"/>
              <w:left w:w="45" w:type="dxa"/>
              <w:bottom w:w="36" w:type="dxa"/>
              <w:right w:w="45" w:type="dxa"/>
            </w:tcMar>
          </w:tcPr>
          <w:p w14:paraId="20D3B7CF"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r>
    </w:tbl>
    <w:p w14:paraId="1754A700" w14:textId="77777777" w:rsidR="00E307BF" w:rsidRPr="00643E1E" w:rsidRDefault="00000000" w:rsidP="00F10171">
      <w:pPr>
        <w:keepNext/>
        <w:pBdr>
          <w:bottom w:val="single" w:sz="10" w:space="2" w:color="15803D"/>
        </w:pBdr>
        <w:bidi/>
        <w:spacing w:before="130" w:after="50"/>
        <w:rPr>
          <w:rFonts w:ascii="XM Vahid" w:hAnsi="XM Vahid" w:cs="XM Vahid"/>
        </w:rPr>
      </w:pPr>
      <w:r w:rsidRPr="00643E1E">
        <w:rPr>
          <w:rFonts w:ascii="XM Vahid" w:hAnsi="XM Vahid" w:cs="XM Vahid" w:hint="cs"/>
          <w:b/>
          <w:bCs/>
          <w:color w:val="14532D"/>
          <w:sz w:val="26"/>
          <w:szCs w:val="26"/>
          <w:rtl/>
          <w:lang w:bidi="ar-MA"/>
        </w:rPr>
        <w:t>4. خلاصة التشخيص القبلي (نتائج رائز الموضعة الأولي)</w:t>
      </w:r>
    </w:p>
    <w:tbl>
      <w:tblPr>
        <w:bidiVisual/>
        <w:tblW w:w="0" w:type="auto"/>
        <w:jc w:val="center"/>
        <w:tblBorders>
          <w:top w:val="single" w:sz="6" w:space="0" w:color="B6D7C2"/>
          <w:left w:val="single" w:sz="6" w:space="0" w:color="B6D7C2"/>
          <w:bottom w:val="single" w:sz="6" w:space="0" w:color="B6D7C2"/>
          <w:right w:val="single" w:sz="6" w:space="0" w:color="B6D7C2"/>
          <w:insideH w:val="single" w:sz="6" w:space="0" w:color="B6D7C2"/>
          <w:insideV w:val="single" w:sz="6" w:space="0" w:color="B6D7C2"/>
        </w:tblBorders>
        <w:tblLayout w:type="fixed"/>
        <w:tblLook w:val="04A0" w:firstRow="1" w:lastRow="0" w:firstColumn="1" w:lastColumn="0" w:noHBand="0" w:noVBand="1"/>
      </w:tblPr>
      <w:tblGrid>
        <w:gridCol w:w="2405"/>
        <w:gridCol w:w="2534"/>
        <w:gridCol w:w="2549"/>
        <w:gridCol w:w="2549"/>
      </w:tblGrid>
      <w:tr w:rsidR="00E307BF" w:rsidRPr="00643E1E" w14:paraId="323F7755" w14:textId="77777777">
        <w:trPr>
          <w:cantSplit/>
          <w:jc w:val="center"/>
        </w:trPr>
        <w:tc>
          <w:tcPr>
            <w:tcW w:w="2405" w:type="dxa"/>
            <w:shd w:val="clear" w:color="auto" w:fill="DCFCE7"/>
            <w:tcMar>
              <w:top w:w="32" w:type="dxa"/>
              <w:left w:w="55" w:type="dxa"/>
              <w:bottom w:w="32" w:type="dxa"/>
              <w:right w:w="55" w:type="dxa"/>
            </w:tcMar>
          </w:tcPr>
          <w:p w14:paraId="2597770E"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المادة الدراسية</w:t>
            </w:r>
          </w:p>
        </w:tc>
        <w:tc>
          <w:tcPr>
            <w:tcW w:w="2534" w:type="dxa"/>
            <w:shd w:val="clear" w:color="auto" w:fill="DCFCE7"/>
            <w:tcMar>
              <w:top w:w="32" w:type="dxa"/>
              <w:left w:w="55" w:type="dxa"/>
              <w:bottom w:w="32" w:type="dxa"/>
              <w:right w:w="55" w:type="dxa"/>
            </w:tcMar>
          </w:tcPr>
          <w:p w14:paraId="3EBF1593"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اللغة العربية</w:t>
            </w:r>
          </w:p>
        </w:tc>
        <w:tc>
          <w:tcPr>
            <w:tcW w:w="2549" w:type="dxa"/>
            <w:shd w:val="clear" w:color="auto" w:fill="DCFCE7"/>
            <w:tcMar>
              <w:top w:w="32" w:type="dxa"/>
              <w:left w:w="55" w:type="dxa"/>
              <w:bottom w:w="32" w:type="dxa"/>
              <w:right w:w="55" w:type="dxa"/>
            </w:tcMar>
          </w:tcPr>
          <w:p w14:paraId="43AB78CD"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اللغة الفرنسية</w:t>
            </w:r>
          </w:p>
        </w:tc>
        <w:tc>
          <w:tcPr>
            <w:tcW w:w="2549" w:type="dxa"/>
            <w:shd w:val="clear" w:color="auto" w:fill="DCFCE7"/>
            <w:tcMar>
              <w:top w:w="32" w:type="dxa"/>
              <w:left w:w="55" w:type="dxa"/>
              <w:bottom w:w="32" w:type="dxa"/>
              <w:right w:w="55" w:type="dxa"/>
            </w:tcMar>
          </w:tcPr>
          <w:p w14:paraId="2446267E"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الرياضيات</w:t>
            </w:r>
          </w:p>
        </w:tc>
      </w:tr>
      <w:tr w:rsidR="00E307BF" w:rsidRPr="00643E1E" w14:paraId="6F7BE22E" w14:textId="77777777">
        <w:trPr>
          <w:cantSplit/>
          <w:jc w:val="center"/>
        </w:trPr>
        <w:tc>
          <w:tcPr>
            <w:tcW w:w="2405" w:type="dxa"/>
            <w:shd w:val="clear" w:color="auto" w:fill="F0FDF4"/>
            <w:tcMar>
              <w:top w:w="32" w:type="dxa"/>
              <w:left w:w="55" w:type="dxa"/>
              <w:bottom w:w="32" w:type="dxa"/>
              <w:right w:w="55" w:type="dxa"/>
            </w:tcMar>
          </w:tcPr>
          <w:p w14:paraId="47D1BD43" w14:textId="1F1EE75A"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 xml:space="preserve">التموضع </w:t>
            </w:r>
          </w:p>
        </w:tc>
        <w:tc>
          <w:tcPr>
            <w:tcW w:w="2534" w:type="dxa"/>
            <w:tcMar>
              <w:top w:w="32" w:type="dxa"/>
              <w:left w:w="55" w:type="dxa"/>
              <w:bottom w:w="32" w:type="dxa"/>
              <w:right w:w="55" w:type="dxa"/>
            </w:tcMar>
          </w:tcPr>
          <w:p w14:paraId="545694D2"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18982232"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1F648CD7"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w:t>
            </w:r>
          </w:p>
        </w:tc>
      </w:tr>
      <w:tr w:rsidR="00E307BF" w:rsidRPr="00643E1E" w14:paraId="4D2F87B2" w14:textId="77777777">
        <w:trPr>
          <w:cantSplit/>
          <w:jc w:val="center"/>
        </w:trPr>
        <w:tc>
          <w:tcPr>
            <w:tcW w:w="2405" w:type="dxa"/>
            <w:shd w:val="clear" w:color="auto" w:fill="F0FDF4"/>
            <w:tcMar>
              <w:top w:w="32" w:type="dxa"/>
              <w:left w:w="55" w:type="dxa"/>
              <w:bottom w:w="32" w:type="dxa"/>
              <w:right w:w="55" w:type="dxa"/>
            </w:tcMar>
          </w:tcPr>
          <w:p w14:paraId="7EA0E2E3" w14:textId="7F9E3BC3" w:rsidR="00E307BF" w:rsidRPr="00643E1E" w:rsidRDefault="00000000" w:rsidP="00F10171">
            <w:pPr>
              <w:bidi/>
              <w:spacing w:after="0"/>
              <w:jc w:val="center"/>
              <w:rPr>
                <w:rFonts w:ascii="XM Vahid" w:hAnsi="XM Vahid" w:cs="XM Vahid"/>
              </w:rPr>
            </w:pPr>
            <w:r w:rsidRPr="00643E1E">
              <w:rPr>
                <w:rFonts w:ascii="XM Vahid" w:hAnsi="XM Vahid" w:cs="XM Vahid" w:hint="cs"/>
                <w:b/>
                <w:bCs/>
                <w:color w:val="14532D"/>
                <w:sz w:val="20"/>
                <w:szCs w:val="20"/>
                <w:rtl/>
                <w:lang w:bidi="ar-MA"/>
              </w:rPr>
              <w:t xml:space="preserve">المسار </w:t>
            </w:r>
          </w:p>
        </w:tc>
        <w:tc>
          <w:tcPr>
            <w:tcW w:w="2534" w:type="dxa"/>
            <w:tcMar>
              <w:top w:w="32" w:type="dxa"/>
              <w:left w:w="55" w:type="dxa"/>
              <w:bottom w:w="32" w:type="dxa"/>
              <w:right w:w="55" w:type="dxa"/>
            </w:tcMar>
          </w:tcPr>
          <w:p w14:paraId="7D2D191E"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4629A170"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4623242C"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r>
    </w:tbl>
    <w:p w14:paraId="33759E18" w14:textId="77777777" w:rsidR="00E307BF" w:rsidRPr="00643E1E" w:rsidRDefault="00000000" w:rsidP="00F10171">
      <w:pPr>
        <w:keepNext/>
        <w:pBdr>
          <w:bottom w:val="single" w:sz="10" w:space="2" w:color="15803D"/>
        </w:pBdr>
        <w:bidi/>
        <w:spacing w:before="130" w:after="50"/>
        <w:rPr>
          <w:rFonts w:ascii="XM Vahid" w:hAnsi="XM Vahid" w:cs="XM Vahid"/>
        </w:rPr>
      </w:pPr>
      <w:r w:rsidRPr="00643E1E">
        <w:rPr>
          <w:rFonts w:ascii="XM Vahid" w:hAnsi="XM Vahid" w:cs="XM Vahid" w:hint="cs"/>
          <w:b/>
          <w:bCs/>
          <w:color w:val="14532D"/>
          <w:sz w:val="26"/>
          <w:szCs w:val="26"/>
          <w:rtl/>
          <w:lang w:bidi="ar-MA"/>
        </w:rPr>
        <w:t>5. تشخيص الحالة وتحديد الهدف البيداغوجي</w:t>
      </w:r>
    </w:p>
    <w:p w14:paraId="423EBDCF" w14:textId="77777777" w:rsidR="00E307BF" w:rsidRPr="00643E1E" w:rsidRDefault="00000000" w:rsidP="00F10171">
      <w:pPr>
        <w:bidi/>
        <w:spacing w:after="40"/>
        <w:rPr>
          <w:rFonts w:ascii="XM Vahid" w:hAnsi="XM Vahid" w:cs="XM Vahid"/>
        </w:rPr>
      </w:pPr>
      <w:r w:rsidRPr="00643E1E">
        <w:rPr>
          <w:rFonts w:ascii="XM Vahid" w:hAnsi="XM Vahid" w:cs="XM Vahid" w:hint="cs"/>
          <w:b/>
          <w:bCs/>
          <w:color w:val="14532D"/>
          <w:rtl/>
          <w:lang w:bidi="ar-MA"/>
        </w:rPr>
        <w:t xml:space="preserve">توصيف التعثرات المرصودة: </w:t>
      </w:r>
      <w:r w:rsidRPr="00643E1E">
        <w:rPr>
          <w:rFonts w:ascii="XM Vahid" w:hAnsi="XM Vahid" w:cs="XM Vahid" w:hint="cs"/>
          <w:rtl/>
          <w:lang w:bidi="ar-MA"/>
        </w:rPr>
        <w:t>استناداً إلى معطيات رائز الموضعة القبلي، اتضح أن المتعلم(ة) ................................... يمتلك(تمتلك) القدرة على تعرف وقراءة الأعداد المؤلفة من رقم واحد أو رقمين، غير أنه(ها) يواجه(تواجه) تعثراً واضحاً في إنجاز عمليتي الجمع والطرح لعددين مكونين من رقمين، فضلاً عن عدم التحكم في آليتي الضرب والقسمة أو معالجة المسائل الحسابية البسيطة ذات الخطوة الواحدة.</w:t>
      </w:r>
    </w:p>
    <w:p w14:paraId="7C0485C9" w14:textId="77777777" w:rsidR="00E307BF" w:rsidRPr="00643E1E" w:rsidRDefault="00000000" w:rsidP="00F10171">
      <w:pPr>
        <w:bidi/>
        <w:spacing w:after="60"/>
        <w:jc w:val="both"/>
        <w:rPr>
          <w:rFonts w:ascii="XM Vahid" w:hAnsi="XM Vahid" w:cs="XM Vahid"/>
        </w:rPr>
      </w:pPr>
      <w:r w:rsidRPr="00643E1E">
        <w:rPr>
          <w:rFonts w:ascii="XM Vahid" w:hAnsi="XM Vahid" w:cs="XM Vahid" w:hint="cs"/>
          <w:b/>
          <w:bCs/>
          <w:color w:val="14532D"/>
          <w:rtl/>
          <w:lang w:bidi="ar-MA"/>
        </w:rPr>
        <w:t xml:space="preserve">الهدف البيداغوجي المنشود: </w:t>
      </w:r>
      <w:r w:rsidRPr="00643E1E">
        <w:rPr>
          <w:rFonts w:ascii="XM Vahid" w:hAnsi="XM Vahid" w:cs="XM Vahid" w:hint="cs"/>
          <w:rtl/>
          <w:lang w:bidi="ar-MA"/>
        </w:rPr>
        <w:t>تصفية الصعوبات التشخيصية المسجلة لدى المتعلم(ة) وباقي أفراد الفوج، والارتقاء بمهارات العد والحساب الذهني والعملياتي لديهم تدريجياً نحو بلوغ مستويات التحصيل والإتقان المستهدفة.</w:t>
      </w:r>
    </w:p>
    <w:p w14:paraId="548D7D2F" w14:textId="77777777" w:rsidR="00E307BF" w:rsidRPr="00643E1E" w:rsidRDefault="00000000" w:rsidP="00F10171">
      <w:pPr>
        <w:keepNext/>
        <w:pBdr>
          <w:bottom w:val="single" w:sz="10" w:space="2" w:color="15803D"/>
        </w:pBdr>
        <w:bidi/>
        <w:spacing w:before="130" w:after="50"/>
        <w:rPr>
          <w:rFonts w:ascii="XM Vahid" w:hAnsi="XM Vahid" w:cs="XM Vahid"/>
        </w:rPr>
      </w:pPr>
      <w:r w:rsidRPr="00643E1E">
        <w:rPr>
          <w:rFonts w:ascii="XM Vahid" w:hAnsi="XM Vahid" w:cs="XM Vahid" w:hint="cs"/>
          <w:b/>
          <w:bCs/>
          <w:color w:val="14532D"/>
          <w:sz w:val="26"/>
          <w:szCs w:val="26"/>
          <w:rtl/>
          <w:lang w:bidi="ar-MA"/>
        </w:rPr>
        <w:lastRenderedPageBreak/>
        <w:t>6. برمجة مسار الدعم والتدرج عبر اللبنات التعليمية</w:t>
      </w:r>
    </w:p>
    <w:p w14:paraId="53085601" w14:textId="59A2EF9E" w:rsidR="00E307BF" w:rsidRPr="00643E1E" w:rsidRDefault="00000000" w:rsidP="00F10171">
      <w:pPr>
        <w:keepNext/>
        <w:bidi/>
        <w:spacing w:after="50"/>
        <w:rPr>
          <w:rFonts w:ascii="XM Vahid" w:hAnsi="XM Vahid" w:cs="XM Vahid"/>
        </w:rPr>
      </w:pPr>
      <w:r w:rsidRPr="00643E1E">
        <w:rPr>
          <w:rFonts w:ascii="XM Vahid" w:hAnsi="XM Vahid" w:cs="XM Vahid" w:hint="cs"/>
          <w:rtl/>
          <w:lang w:bidi="ar-MA"/>
        </w:rPr>
        <w:t>يبدأ المسار من لبنة: ..................................... ويمتد تدريجياً إلى غاية لبنة: ..................................... وفق الجدولة الزمنية الآتية:</w:t>
      </w:r>
    </w:p>
    <w:tbl>
      <w:tblPr>
        <w:bidiVisual/>
        <w:tblW w:w="0" w:type="auto"/>
        <w:jc w:val="center"/>
        <w:tblBorders>
          <w:top w:val="single" w:sz="6" w:space="0" w:color="B6D7C2"/>
          <w:left w:val="single" w:sz="6" w:space="0" w:color="B6D7C2"/>
          <w:bottom w:val="single" w:sz="6" w:space="0" w:color="B6D7C2"/>
          <w:right w:val="single" w:sz="6" w:space="0" w:color="B6D7C2"/>
          <w:insideH w:val="single" w:sz="6" w:space="0" w:color="B6D7C2"/>
          <w:insideV w:val="single" w:sz="6" w:space="0" w:color="B6D7C2"/>
        </w:tblBorders>
        <w:tblLayout w:type="fixed"/>
        <w:tblLook w:val="04A0" w:firstRow="1" w:lastRow="0" w:firstColumn="1" w:lastColumn="0" w:noHBand="0" w:noVBand="1"/>
      </w:tblPr>
      <w:tblGrid>
        <w:gridCol w:w="2333"/>
        <w:gridCol w:w="1483"/>
        <w:gridCol w:w="1483"/>
        <w:gridCol w:w="1325"/>
        <w:gridCol w:w="1699"/>
        <w:gridCol w:w="1714"/>
      </w:tblGrid>
      <w:tr w:rsidR="00E307BF" w:rsidRPr="00643E1E" w14:paraId="47CAE98C" w14:textId="77777777">
        <w:trPr>
          <w:cantSplit/>
          <w:jc w:val="center"/>
        </w:trPr>
        <w:tc>
          <w:tcPr>
            <w:tcW w:w="2333" w:type="dxa"/>
            <w:shd w:val="clear" w:color="auto" w:fill="14532D"/>
            <w:tcMar>
              <w:top w:w="32" w:type="dxa"/>
              <w:left w:w="40" w:type="dxa"/>
              <w:bottom w:w="32" w:type="dxa"/>
              <w:right w:w="40" w:type="dxa"/>
            </w:tcMar>
          </w:tcPr>
          <w:p w14:paraId="01D84DB7" w14:textId="753262E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FFFFFF"/>
                <w:sz w:val="20"/>
                <w:szCs w:val="20"/>
                <w:rtl/>
                <w:lang w:bidi="ar-MA"/>
              </w:rPr>
              <w:t xml:space="preserve">اللبنة </w:t>
            </w:r>
          </w:p>
        </w:tc>
        <w:tc>
          <w:tcPr>
            <w:tcW w:w="1483" w:type="dxa"/>
            <w:shd w:val="clear" w:color="auto" w:fill="14532D"/>
            <w:tcMar>
              <w:top w:w="32" w:type="dxa"/>
              <w:left w:w="40" w:type="dxa"/>
              <w:bottom w:w="32" w:type="dxa"/>
              <w:right w:w="40" w:type="dxa"/>
            </w:tcMar>
          </w:tcPr>
          <w:p w14:paraId="622A27CA"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FFFFFF"/>
                <w:sz w:val="20"/>
                <w:szCs w:val="20"/>
                <w:rtl/>
                <w:lang w:bidi="ar-MA"/>
              </w:rPr>
              <w:t>تاريخ الانطلاق</w:t>
            </w:r>
          </w:p>
        </w:tc>
        <w:tc>
          <w:tcPr>
            <w:tcW w:w="1483" w:type="dxa"/>
            <w:shd w:val="clear" w:color="auto" w:fill="14532D"/>
            <w:tcMar>
              <w:top w:w="32" w:type="dxa"/>
              <w:left w:w="40" w:type="dxa"/>
              <w:bottom w:w="32" w:type="dxa"/>
              <w:right w:w="40" w:type="dxa"/>
            </w:tcMar>
          </w:tcPr>
          <w:p w14:paraId="06456713"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FFFFFF"/>
                <w:sz w:val="20"/>
                <w:szCs w:val="20"/>
                <w:rtl/>
                <w:lang w:bidi="ar-MA"/>
              </w:rPr>
              <w:t>تاريخ الانتهاء</w:t>
            </w:r>
          </w:p>
        </w:tc>
        <w:tc>
          <w:tcPr>
            <w:tcW w:w="1325" w:type="dxa"/>
            <w:shd w:val="clear" w:color="auto" w:fill="14532D"/>
            <w:tcMar>
              <w:top w:w="32" w:type="dxa"/>
              <w:left w:w="40" w:type="dxa"/>
              <w:bottom w:w="32" w:type="dxa"/>
              <w:right w:w="40" w:type="dxa"/>
            </w:tcMar>
          </w:tcPr>
          <w:p w14:paraId="2F900398"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FFFFFF"/>
                <w:sz w:val="20"/>
                <w:szCs w:val="20"/>
                <w:rtl/>
                <w:lang w:bidi="ar-MA"/>
              </w:rPr>
              <w:t>عدد الأيام</w:t>
            </w:r>
          </w:p>
        </w:tc>
        <w:tc>
          <w:tcPr>
            <w:tcW w:w="1699" w:type="dxa"/>
            <w:shd w:val="clear" w:color="auto" w:fill="14532D"/>
            <w:tcMar>
              <w:top w:w="32" w:type="dxa"/>
              <w:left w:w="40" w:type="dxa"/>
              <w:bottom w:w="32" w:type="dxa"/>
              <w:right w:w="40" w:type="dxa"/>
            </w:tcMar>
          </w:tcPr>
          <w:p w14:paraId="42E6A0D5"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FFFFFF"/>
                <w:sz w:val="20"/>
                <w:szCs w:val="20"/>
                <w:rtl/>
                <w:lang w:bidi="ar-MA"/>
              </w:rPr>
              <w:t>تاريخ رائز التحقق</w:t>
            </w:r>
          </w:p>
        </w:tc>
        <w:tc>
          <w:tcPr>
            <w:tcW w:w="1714" w:type="dxa"/>
            <w:shd w:val="clear" w:color="auto" w:fill="14532D"/>
            <w:tcMar>
              <w:top w:w="32" w:type="dxa"/>
              <w:left w:w="40" w:type="dxa"/>
              <w:bottom w:w="32" w:type="dxa"/>
              <w:right w:w="40" w:type="dxa"/>
            </w:tcMar>
          </w:tcPr>
          <w:p w14:paraId="24B4D137" w14:textId="7DB9190C"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FFFFFF"/>
                <w:sz w:val="20"/>
                <w:szCs w:val="20"/>
                <w:rtl/>
                <w:lang w:bidi="ar-MA"/>
              </w:rPr>
              <w:t>النتيجة</w:t>
            </w:r>
          </w:p>
        </w:tc>
      </w:tr>
      <w:tr w:rsidR="00E307BF" w:rsidRPr="00643E1E" w14:paraId="2310EA84" w14:textId="77777777">
        <w:trPr>
          <w:cantSplit/>
          <w:jc w:val="center"/>
        </w:trPr>
        <w:tc>
          <w:tcPr>
            <w:tcW w:w="2333" w:type="dxa"/>
            <w:tcMar>
              <w:top w:w="32" w:type="dxa"/>
              <w:left w:w="40" w:type="dxa"/>
              <w:bottom w:w="32" w:type="dxa"/>
              <w:right w:w="40" w:type="dxa"/>
            </w:tcMar>
          </w:tcPr>
          <w:p w14:paraId="4E6E6D09" w14:textId="77777777" w:rsidR="00E307BF" w:rsidRPr="00643E1E" w:rsidRDefault="00000000" w:rsidP="00F10171">
            <w:pPr>
              <w:keepNext/>
              <w:bidi/>
              <w:spacing w:after="0"/>
              <w:rPr>
                <w:rFonts w:ascii="XM Vahid" w:hAnsi="XM Vahid" w:cs="XM Vahid"/>
              </w:rPr>
            </w:pPr>
            <w:r w:rsidRPr="00643E1E">
              <w:rPr>
                <w:rFonts w:ascii="XM Vahid" w:hAnsi="XM Vahid" w:cs="XM Vahid" w:hint="cs"/>
                <w:b/>
                <w:bCs/>
                <w:color w:val="14532D"/>
                <w:sz w:val="20"/>
                <w:szCs w:val="20"/>
                <w:rtl/>
                <w:lang w:bidi="ar-MA"/>
              </w:rPr>
              <w:t>اللبنة 1: ...................</w:t>
            </w:r>
          </w:p>
        </w:tc>
        <w:tc>
          <w:tcPr>
            <w:tcW w:w="1483" w:type="dxa"/>
            <w:tcMar>
              <w:top w:w="32" w:type="dxa"/>
              <w:left w:w="40" w:type="dxa"/>
              <w:bottom w:w="32" w:type="dxa"/>
              <w:right w:w="40" w:type="dxa"/>
            </w:tcMar>
          </w:tcPr>
          <w:p w14:paraId="7D59CF8D"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483" w:type="dxa"/>
            <w:tcMar>
              <w:top w:w="32" w:type="dxa"/>
              <w:left w:w="40" w:type="dxa"/>
              <w:bottom w:w="32" w:type="dxa"/>
              <w:right w:w="40" w:type="dxa"/>
            </w:tcMar>
          </w:tcPr>
          <w:p w14:paraId="797C59E4"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325" w:type="dxa"/>
            <w:tcMar>
              <w:top w:w="32" w:type="dxa"/>
              <w:left w:w="40" w:type="dxa"/>
              <w:bottom w:w="32" w:type="dxa"/>
              <w:right w:w="40" w:type="dxa"/>
            </w:tcMar>
          </w:tcPr>
          <w:p w14:paraId="329181D4"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1699" w:type="dxa"/>
            <w:tcMar>
              <w:top w:w="32" w:type="dxa"/>
              <w:left w:w="40" w:type="dxa"/>
              <w:bottom w:w="32" w:type="dxa"/>
              <w:right w:w="40" w:type="dxa"/>
            </w:tcMar>
          </w:tcPr>
          <w:p w14:paraId="132E818D"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714" w:type="dxa"/>
            <w:tcMar>
              <w:top w:w="32" w:type="dxa"/>
              <w:left w:w="40" w:type="dxa"/>
              <w:bottom w:w="32" w:type="dxa"/>
              <w:right w:w="40" w:type="dxa"/>
            </w:tcMar>
          </w:tcPr>
          <w:p w14:paraId="7A2CC866"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w:t>
            </w:r>
          </w:p>
        </w:tc>
      </w:tr>
      <w:tr w:rsidR="00E307BF" w:rsidRPr="00643E1E" w14:paraId="1BE61EAE" w14:textId="77777777">
        <w:trPr>
          <w:cantSplit/>
          <w:jc w:val="center"/>
        </w:trPr>
        <w:tc>
          <w:tcPr>
            <w:tcW w:w="2333" w:type="dxa"/>
            <w:shd w:val="clear" w:color="auto" w:fill="F0FDF4"/>
            <w:tcMar>
              <w:top w:w="32" w:type="dxa"/>
              <w:left w:w="40" w:type="dxa"/>
              <w:bottom w:w="32" w:type="dxa"/>
              <w:right w:w="40" w:type="dxa"/>
            </w:tcMar>
          </w:tcPr>
          <w:p w14:paraId="5B018E5D" w14:textId="77777777" w:rsidR="00E307BF" w:rsidRPr="00643E1E" w:rsidRDefault="00000000" w:rsidP="00F10171">
            <w:pPr>
              <w:keepNext/>
              <w:bidi/>
              <w:spacing w:after="0"/>
              <w:rPr>
                <w:rFonts w:ascii="XM Vahid" w:hAnsi="XM Vahid" w:cs="XM Vahid"/>
              </w:rPr>
            </w:pPr>
            <w:r w:rsidRPr="00643E1E">
              <w:rPr>
                <w:rFonts w:ascii="XM Vahid" w:hAnsi="XM Vahid" w:cs="XM Vahid" w:hint="cs"/>
                <w:b/>
                <w:bCs/>
                <w:color w:val="14532D"/>
                <w:sz w:val="20"/>
                <w:szCs w:val="20"/>
                <w:rtl/>
                <w:lang w:bidi="ar-MA"/>
              </w:rPr>
              <w:t>اللبنة 2: ...................</w:t>
            </w:r>
          </w:p>
        </w:tc>
        <w:tc>
          <w:tcPr>
            <w:tcW w:w="1483" w:type="dxa"/>
            <w:shd w:val="clear" w:color="auto" w:fill="F0FDF4"/>
            <w:tcMar>
              <w:top w:w="32" w:type="dxa"/>
              <w:left w:w="40" w:type="dxa"/>
              <w:bottom w:w="32" w:type="dxa"/>
              <w:right w:w="40" w:type="dxa"/>
            </w:tcMar>
          </w:tcPr>
          <w:p w14:paraId="65BF5967"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483" w:type="dxa"/>
            <w:shd w:val="clear" w:color="auto" w:fill="F0FDF4"/>
            <w:tcMar>
              <w:top w:w="32" w:type="dxa"/>
              <w:left w:w="40" w:type="dxa"/>
              <w:bottom w:w="32" w:type="dxa"/>
              <w:right w:w="40" w:type="dxa"/>
            </w:tcMar>
          </w:tcPr>
          <w:p w14:paraId="78D5B987"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325" w:type="dxa"/>
            <w:shd w:val="clear" w:color="auto" w:fill="F0FDF4"/>
            <w:tcMar>
              <w:top w:w="32" w:type="dxa"/>
              <w:left w:w="40" w:type="dxa"/>
              <w:bottom w:w="32" w:type="dxa"/>
              <w:right w:w="40" w:type="dxa"/>
            </w:tcMar>
          </w:tcPr>
          <w:p w14:paraId="3A3B6C93"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1699" w:type="dxa"/>
            <w:shd w:val="clear" w:color="auto" w:fill="F0FDF4"/>
            <w:tcMar>
              <w:top w:w="32" w:type="dxa"/>
              <w:left w:w="40" w:type="dxa"/>
              <w:bottom w:w="32" w:type="dxa"/>
              <w:right w:w="40" w:type="dxa"/>
            </w:tcMar>
          </w:tcPr>
          <w:p w14:paraId="14C1190C"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714" w:type="dxa"/>
            <w:shd w:val="clear" w:color="auto" w:fill="F0FDF4"/>
            <w:tcMar>
              <w:top w:w="32" w:type="dxa"/>
              <w:left w:w="40" w:type="dxa"/>
              <w:bottom w:w="32" w:type="dxa"/>
              <w:right w:w="40" w:type="dxa"/>
            </w:tcMar>
          </w:tcPr>
          <w:p w14:paraId="4EEAAC70"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w:t>
            </w:r>
          </w:p>
        </w:tc>
      </w:tr>
      <w:tr w:rsidR="00E307BF" w:rsidRPr="00643E1E" w14:paraId="1FDBB154" w14:textId="77777777">
        <w:trPr>
          <w:cantSplit/>
          <w:jc w:val="center"/>
        </w:trPr>
        <w:tc>
          <w:tcPr>
            <w:tcW w:w="2333" w:type="dxa"/>
            <w:tcMar>
              <w:top w:w="32" w:type="dxa"/>
              <w:left w:w="40" w:type="dxa"/>
              <w:bottom w:w="32" w:type="dxa"/>
              <w:right w:w="40" w:type="dxa"/>
            </w:tcMar>
          </w:tcPr>
          <w:p w14:paraId="6633B274" w14:textId="77777777" w:rsidR="00E307BF" w:rsidRPr="00643E1E" w:rsidRDefault="00000000" w:rsidP="00F10171">
            <w:pPr>
              <w:keepNext/>
              <w:bidi/>
              <w:spacing w:after="0"/>
              <w:rPr>
                <w:rFonts w:ascii="XM Vahid" w:hAnsi="XM Vahid" w:cs="XM Vahid"/>
              </w:rPr>
            </w:pPr>
            <w:r w:rsidRPr="00643E1E">
              <w:rPr>
                <w:rFonts w:ascii="XM Vahid" w:hAnsi="XM Vahid" w:cs="XM Vahid" w:hint="cs"/>
                <w:b/>
                <w:bCs/>
                <w:color w:val="14532D"/>
                <w:sz w:val="20"/>
                <w:szCs w:val="20"/>
                <w:rtl/>
                <w:lang w:bidi="ar-MA"/>
              </w:rPr>
              <w:t>اللبنة 3: ...................</w:t>
            </w:r>
          </w:p>
        </w:tc>
        <w:tc>
          <w:tcPr>
            <w:tcW w:w="1483" w:type="dxa"/>
            <w:tcMar>
              <w:top w:w="32" w:type="dxa"/>
              <w:left w:w="40" w:type="dxa"/>
              <w:bottom w:w="32" w:type="dxa"/>
              <w:right w:w="40" w:type="dxa"/>
            </w:tcMar>
          </w:tcPr>
          <w:p w14:paraId="685203A6"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483" w:type="dxa"/>
            <w:tcMar>
              <w:top w:w="32" w:type="dxa"/>
              <w:left w:w="40" w:type="dxa"/>
              <w:bottom w:w="32" w:type="dxa"/>
              <w:right w:w="40" w:type="dxa"/>
            </w:tcMar>
          </w:tcPr>
          <w:p w14:paraId="2D62ECA5"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325" w:type="dxa"/>
            <w:tcMar>
              <w:top w:w="32" w:type="dxa"/>
              <w:left w:w="40" w:type="dxa"/>
              <w:bottom w:w="32" w:type="dxa"/>
              <w:right w:w="40" w:type="dxa"/>
            </w:tcMar>
          </w:tcPr>
          <w:p w14:paraId="471D3AA7"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1699" w:type="dxa"/>
            <w:tcMar>
              <w:top w:w="32" w:type="dxa"/>
              <w:left w:w="40" w:type="dxa"/>
              <w:bottom w:w="32" w:type="dxa"/>
              <w:right w:w="40" w:type="dxa"/>
            </w:tcMar>
          </w:tcPr>
          <w:p w14:paraId="475FE1CC"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714" w:type="dxa"/>
            <w:tcMar>
              <w:top w:w="32" w:type="dxa"/>
              <w:left w:w="40" w:type="dxa"/>
              <w:bottom w:w="32" w:type="dxa"/>
              <w:right w:w="40" w:type="dxa"/>
            </w:tcMar>
          </w:tcPr>
          <w:p w14:paraId="446633BD"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color w:val="475569"/>
                <w:sz w:val="20"/>
                <w:szCs w:val="20"/>
                <w:rtl/>
                <w:lang w:bidi="ar-MA"/>
              </w:rPr>
              <w:t>......................</w:t>
            </w:r>
          </w:p>
        </w:tc>
      </w:tr>
      <w:tr w:rsidR="00E307BF" w:rsidRPr="00643E1E" w14:paraId="05E5E016" w14:textId="77777777">
        <w:trPr>
          <w:cantSplit/>
          <w:jc w:val="center"/>
        </w:trPr>
        <w:tc>
          <w:tcPr>
            <w:tcW w:w="2333" w:type="dxa"/>
            <w:shd w:val="clear" w:color="auto" w:fill="F0FDF4"/>
            <w:tcMar>
              <w:top w:w="32" w:type="dxa"/>
              <w:left w:w="40" w:type="dxa"/>
              <w:bottom w:w="32" w:type="dxa"/>
              <w:right w:w="40" w:type="dxa"/>
            </w:tcMar>
          </w:tcPr>
          <w:p w14:paraId="4A2EAAEC" w14:textId="77777777" w:rsidR="00E307BF" w:rsidRPr="00643E1E" w:rsidRDefault="00000000" w:rsidP="00F10171">
            <w:pPr>
              <w:bidi/>
              <w:spacing w:after="0"/>
              <w:rPr>
                <w:rFonts w:ascii="XM Vahid" w:hAnsi="XM Vahid" w:cs="XM Vahid"/>
              </w:rPr>
            </w:pPr>
            <w:r w:rsidRPr="00643E1E">
              <w:rPr>
                <w:rFonts w:ascii="XM Vahid" w:hAnsi="XM Vahid" w:cs="XM Vahid" w:hint="cs"/>
                <w:b/>
                <w:bCs/>
                <w:color w:val="14532D"/>
                <w:sz w:val="20"/>
                <w:szCs w:val="20"/>
                <w:rtl/>
                <w:lang w:bidi="ar-MA"/>
              </w:rPr>
              <w:t>اللبنة 4: ...................</w:t>
            </w:r>
          </w:p>
        </w:tc>
        <w:tc>
          <w:tcPr>
            <w:tcW w:w="1483" w:type="dxa"/>
            <w:shd w:val="clear" w:color="auto" w:fill="F0FDF4"/>
            <w:tcMar>
              <w:top w:w="32" w:type="dxa"/>
              <w:left w:w="40" w:type="dxa"/>
              <w:bottom w:w="32" w:type="dxa"/>
              <w:right w:w="40" w:type="dxa"/>
            </w:tcMar>
          </w:tcPr>
          <w:p w14:paraId="7B5FFD8B"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483" w:type="dxa"/>
            <w:shd w:val="clear" w:color="auto" w:fill="F0FDF4"/>
            <w:tcMar>
              <w:top w:w="32" w:type="dxa"/>
              <w:left w:w="40" w:type="dxa"/>
              <w:bottom w:w="32" w:type="dxa"/>
              <w:right w:w="40" w:type="dxa"/>
            </w:tcMar>
          </w:tcPr>
          <w:p w14:paraId="2C8EA739"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325" w:type="dxa"/>
            <w:shd w:val="clear" w:color="auto" w:fill="F0FDF4"/>
            <w:tcMar>
              <w:top w:w="32" w:type="dxa"/>
              <w:left w:w="40" w:type="dxa"/>
              <w:bottom w:w="32" w:type="dxa"/>
              <w:right w:w="40" w:type="dxa"/>
            </w:tcMar>
          </w:tcPr>
          <w:p w14:paraId="77B1F492"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1699" w:type="dxa"/>
            <w:shd w:val="clear" w:color="auto" w:fill="F0FDF4"/>
            <w:tcMar>
              <w:top w:w="32" w:type="dxa"/>
              <w:left w:w="40" w:type="dxa"/>
              <w:bottom w:w="32" w:type="dxa"/>
              <w:right w:w="40" w:type="dxa"/>
            </w:tcMar>
          </w:tcPr>
          <w:p w14:paraId="01006E18"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 / .... / 202..</w:t>
            </w:r>
          </w:p>
        </w:tc>
        <w:tc>
          <w:tcPr>
            <w:tcW w:w="1714" w:type="dxa"/>
            <w:shd w:val="clear" w:color="auto" w:fill="F0FDF4"/>
            <w:tcMar>
              <w:top w:w="32" w:type="dxa"/>
              <w:left w:w="40" w:type="dxa"/>
              <w:bottom w:w="32" w:type="dxa"/>
              <w:right w:w="40" w:type="dxa"/>
            </w:tcMar>
          </w:tcPr>
          <w:p w14:paraId="088C354F"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r>
    </w:tbl>
    <w:p w14:paraId="5ED25670" w14:textId="77777777" w:rsidR="00E307BF" w:rsidRPr="00643E1E" w:rsidRDefault="00000000" w:rsidP="00F10171">
      <w:pPr>
        <w:keepNext/>
        <w:pBdr>
          <w:bottom w:val="single" w:sz="10" w:space="2" w:color="15803D"/>
        </w:pBdr>
        <w:bidi/>
        <w:spacing w:before="130" w:after="50"/>
        <w:rPr>
          <w:rFonts w:ascii="XM Vahid" w:hAnsi="XM Vahid" w:cs="XM Vahid"/>
        </w:rPr>
      </w:pPr>
      <w:r w:rsidRPr="00643E1E">
        <w:rPr>
          <w:rFonts w:ascii="XM Vahid" w:hAnsi="XM Vahid" w:cs="XM Vahid" w:hint="cs"/>
          <w:b/>
          <w:bCs/>
          <w:color w:val="14532D"/>
          <w:sz w:val="26"/>
          <w:szCs w:val="26"/>
          <w:rtl/>
          <w:lang w:bidi="ar-MA"/>
        </w:rPr>
        <w:t>7. الدعامات الديداكتيكية والأنشطة التطبيقية الموظفة</w:t>
      </w:r>
    </w:p>
    <w:p w14:paraId="464AEFD9" w14:textId="5B82A966" w:rsidR="00E307BF" w:rsidRPr="00643E1E" w:rsidRDefault="00000000" w:rsidP="00F10171">
      <w:pPr>
        <w:keepNext/>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 xml:space="preserve">توظيف الدعامات الورقية والوسائل الملموسة للمناولة (بطاقات تفكيك الأعداد، الخشيبات، وبطاقات </w:t>
      </w:r>
      <w:r w:rsidR="00F524B9" w:rsidRPr="00643E1E">
        <w:rPr>
          <w:rFonts w:ascii="XM Vahid" w:hAnsi="XM Vahid" w:cs="XM Vahid" w:hint="cs"/>
          <w:rtl/>
          <w:lang w:bidi="ar-MA"/>
        </w:rPr>
        <w:t>النقود</w:t>
      </w:r>
      <w:r w:rsidRPr="00643E1E">
        <w:rPr>
          <w:rFonts w:ascii="XM Vahid" w:hAnsi="XM Vahid" w:cs="XM Vahid" w:hint="cs"/>
          <w:rtl/>
          <w:lang w:bidi="ar-MA"/>
        </w:rPr>
        <w:t>).</w:t>
      </w:r>
    </w:p>
    <w:p w14:paraId="43E0423B" w14:textId="77777777" w:rsidR="00E307BF" w:rsidRPr="00643E1E" w:rsidRDefault="00000000" w:rsidP="00F10171">
      <w:pPr>
        <w:keepNext/>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استثمار التمارين والوضعيات التدريبية المدرجة في كراسات الدعم الخاصة بالمتعلمين.</w:t>
      </w:r>
    </w:p>
    <w:p w14:paraId="0D59A894" w14:textId="77777777" w:rsidR="00E307BF" w:rsidRPr="00643E1E" w:rsidRDefault="00000000" w:rsidP="00F10171">
      <w:pPr>
        <w:keepNext/>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الاعتماد اليومي على الألواح الفردية في تدريبات الحساب الذهني السريع والتمرن على وضع وإنجاز العمليات.</w:t>
      </w:r>
    </w:p>
    <w:p w14:paraId="43A4F2C2" w14:textId="77777777" w:rsidR="00E307BF" w:rsidRPr="00643E1E" w:rsidRDefault="00000000" w:rsidP="00F10171">
      <w:pPr>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تكليف المتعلمين بتمارين تطبيقية منزلية قصيرة لتعزيز المكتسبات وتثبيتها.</w:t>
      </w:r>
    </w:p>
    <w:p w14:paraId="2A01D0C6" w14:textId="11C8895C" w:rsidR="00E307BF" w:rsidRPr="00643E1E" w:rsidRDefault="00000000" w:rsidP="00F10171">
      <w:pPr>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إدماج الألعاب التربوية الحركية والذهنية (لعبة الحجلة ، العنكبوت، وعجلة الأعداد).</w:t>
      </w:r>
    </w:p>
    <w:p w14:paraId="22B2FCAB" w14:textId="77777777" w:rsidR="00E307BF" w:rsidRPr="00643E1E" w:rsidRDefault="00000000" w:rsidP="00F10171">
      <w:pPr>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تنظيم مسابقات وتحديات ثنائية لبث روح التنافس الإيجابي والرفع من دافعية التعلم والعطاء.</w:t>
      </w:r>
    </w:p>
    <w:p w14:paraId="47940390" w14:textId="77777777" w:rsidR="00E307BF" w:rsidRPr="00643E1E" w:rsidRDefault="00000000" w:rsidP="00F10171">
      <w:pPr>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تشجيع المجهودات الفردية عبر منح بطاقات الاستحسان والشهادات التقديرية.</w:t>
      </w:r>
    </w:p>
    <w:p w14:paraId="1459842E" w14:textId="554A51A2" w:rsidR="00E307BF" w:rsidRPr="00643E1E" w:rsidRDefault="00000000" w:rsidP="00F10171">
      <w:pPr>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الاستعانة بلوحات قراءة الأعداد وتفكيكها وشبكات الجمع والطرح.</w:t>
      </w:r>
    </w:p>
    <w:p w14:paraId="49309C85" w14:textId="77777777" w:rsidR="00E307BF" w:rsidRPr="00643E1E" w:rsidRDefault="00000000" w:rsidP="00F10171">
      <w:pPr>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استثمار الموارد الرقمية المتوفرة داخل الفصل (العروض التفاعلية، الحاسوب، والمسلاط الضوئي).</w:t>
      </w:r>
    </w:p>
    <w:p w14:paraId="68F182EA" w14:textId="77777777" w:rsidR="00E307BF" w:rsidRPr="00643E1E" w:rsidRDefault="00000000" w:rsidP="00F10171">
      <w:pPr>
        <w:bidi/>
        <w:spacing w:after="36"/>
        <w:ind w:left="160"/>
        <w:rPr>
          <w:rFonts w:ascii="XM Vahid" w:hAnsi="XM Vahid" w:cs="XM Vahid"/>
        </w:rPr>
      </w:pPr>
      <w:r w:rsidRPr="00643E1E">
        <w:rPr>
          <w:rFonts w:ascii="XM Vahid" w:hAnsi="XM Vahid" w:cs="XM Vahid" w:hint="cs"/>
          <w:b/>
          <w:bCs/>
          <w:color w:val="15803D"/>
          <w:rtl/>
          <w:lang w:bidi="ar-MA"/>
        </w:rPr>
        <w:t xml:space="preserve">• </w:t>
      </w:r>
      <w:r w:rsidRPr="00643E1E">
        <w:rPr>
          <w:rFonts w:ascii="XM Vahid" w:hAnsi="XM Vahid" w:cs="XM Vahid" w:hint="cs"/>
          <w:rtl/>
          <w:lang w:bidi="ar-MA"/>
        </w:rPr>
        <w:t>تبني العمل التعاوني في مجموعات صغرى لتيسير التعلم بالقرين وتخطي العقبات الحسابية.</w:t>
      </w:r>
    </w:p>
    <w:p w14:paraId="14383ABB" w14:textId="77777777" w:rsidR="00E307BF" w:rsidRPr="00643E1E" w:rsidRDefault="00000000" w:rsidP="00F10171">
      <w:pPr>
        <w:keepNext/>
        <w:pBdr>
          <w:bottom w:val="single" w:sz="10" w:space="2" w:color="15803D"/>
        </w:pBdr>
        <w:bidi/>
        <w:spacing w:before="130" w:after="50"/>
        <w:rPr>
          <w:rFonts w:ascii="XM Vahid" w:hAnsi="XM Vahid" w:cs="XM Vahid"/>
        </w:rPr>
      </w:pPr>
      <w:r w:rsidRPr="00643E1E">
        <w:rPr>
          <w:rFonts w:ascii="XM Vahid" w:hAnsi="XM Vahid" w:cs="XM Vahid" w:hint="cs"/>
          <w:b/>
          <w:bCs/>
          <w:color w:val="14532D"/>
          <w:sz w:val="26"/>
          <w:szCs w:val="26"/>
          <w:rtl/>
          <w:lang w:bidi="ar-MA"/>
        </w:rPr>
        <w:t>8. نتائج التقويم البعدي (رائز الموضعة النهائي)</w:t>
      </w:r>
    </w:p>
    <w:tbl>
      <w:tblPr>
        <w:bidiVisual/>
        <w:tblW w:w="0" w:type="auto"/>
        <w:jc w:val="center"/>
        <w:tblBorders>
          <w:top w:val="single" w:sz="6" w:space="0" w:color="B6D7C2"/>
          <w:left w:val="single" w:sz="6" w:space="0" w:color="B6D7C2"/>
          <w:bottom w:val="single" w:sz="6" w:space="0" w:color="B6D7C2"/>
          <w:right w:val="single" w:sz="6" w:space="0" w:color="B6D7C2"/>
          <w:insideH w:val="single" w:sz="6" w:space="0" w:color="B6D7C2"/>
          <w:insideV w:val="single" w:sz="6" w:space="0" w:color="B6D7C2"/>
        </w:tblBorders>
        <w:tblLayout w:type="fixed"/>
        <w:tblLook w:val="04A0" w:firstRow="1" w:lastRow="0" w:firstColumn="1" w:lastColumn="0" w:noHBand="0" w:noVBand="1"/>
      </w:tblPr>
      <w:tblGrid>
        <w:gridCol w:w="2405"/>
        <w:gridCol w:w="2534"/>
        <w:gridCol w:w="2549"/>
        <w:gridCol w:w="2549"/>
      </w:tblGrid>
      <w:tr w:rsidR="00E307BF" w:rsidRPr="00643E1E" w14:paraId="0987BE95" w14:textId="77777777">
        <w:trPr>
          <w:cantSplit/>
          <w:jc w:val="center"/>
        </w:trPr>
        <w:tc>
          <w:tcPr>
            <w:tcW w:w="2405" w:type="dxa"/>
            <w:shd w:val="clear" w:color="auto" w:fill="DCFCE7"/>
            <w:tcMar>
              <w:top w:w="32" w:type="dxa"/>
              <w:left w:w="55" w:type="dxa"/>
              <w:bottom w:w="32" w:type="dxa"/>
              <w:right w:w="55" w:type="dxa"/>
            </w:tcMar>
          </w:tcPr>
          <w:p w14:paraId="4C31C4BE"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المادة الدراسية</w:t>
            </w:r>
          </w:p>
        </w:tc>
        <w:tc>
          <w:tcPr>
            <w:tcW w:w="2534" w:type="dxa"/>
            <w:shd w:val="clear" w:color="auto" w:fill="DCFCE7"/>
            <w:tcMar>
              <w:top w:w="32" w:type="dxa"/>
              <w:left w:w="55" w:type="dxa"/>
              <w:bottom w:w="32" w:type="dxa"/>
              <w:right w:w="55" w:type="dxa"/>
            </w:tcMar>
          </w:tcPr>
          <w:p w14:paraId="2C557854"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اللغة العربية</w:t>
            </w:r>
          </w:p>
        </w:tc>
        <w:tc>
          <w:tcPr>
            <w:tcW w:w="2549" w:type="dxa"/>
            <w:shd w:val="clear" w:color="auto" w:fill="DCFCE7"/>
            <w:tcMar>
              <w:top w:w="32" w:type="dxa"/>
              <w:left w:w="55" w:type="dxa"/>
              <w:bottom w:w="32" w:type="dxa"/>
              <w:right w:w="55" w:type="dxa"/>
            </w:tcMar>
          </w:tcPr>
          <w:p w14:paraId="65F5F70B"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اللغة الفرنسية</w:t>
            </w:r>
          </w:p>
        </w:tc>
        <w:tc>
          <w:tcPr>
            <w:tcW w:w="2549" w:type="dxa"/>
            <w:shd w:val="clear" w:color="auto" w:fill="DCFCE7"/>
            <w:tcMar>
              <w:top w:w="32" w:type="dxa"/>
              <w:left w:w="55" w:type="dxa"/>
              <w:bottom w:w="32" w:type="dxa"/>
              <w:right w:w="55" w:type="dxa"/>
            </w:tcMar>
          </w:tcPr>
          <w:p w14:paraId="28135A9B" w14:textId="77777777" w:rsidR="00E307BF" w:rsidRPr="00643E1E" w:rsidRDefault="00000000" w:rsidP="00F10171">
            <w:pPr>
              <w:keepNext/>
              <w:bidi/>
              <w:spacing w:after="0"/>
              <w:jc w:val="center"/>
              <w:rPr>
                <w:rFonts w:ascii="XM Vahid" w:hAnsi="XM Vahid" w:cs="XM Vahid"/>
              </w:rPr>
            </w:pPr>
            <w:r w:rsidRPr="00643E1E">
              <w:rPr>
                <w:rFonts w:ascii="XM Vahid" w:hAnsi="XM Vahid" w:cs="XM Vahid" w:hint="cs"/>
                <w:b/>
                <w:bCs/>
                <w:color w:val="14532D"/>
                <w:sz w:val="20"/>
                <w:szCs w:val="20"/>
                <w:rtl/>
                <w:lang w:bidi="ar-MA"/>
              </w:rPr>
              <w:t>الرياضيات</w:t>
            </w:r>
          </w:p>
        </w:tc>
      </w:tr>
      <w:tr w:rsidR="00E307BF" w:rsidRPr="00643E1E" w14:paraId="290DE8A3" w14:textId="77777777">
        <w:trPr>
          <w:cantSplit/>
          <w:jc w:val="center"/>
        </w:trPr>
        <w:tc>
          <w:tcPr>
            <w:tcW w:w="2405" w:type="dxa"/>
            <w:shd w:val="clear" w:color="auto" w:fill="F0FDF4"/>
            <w:tcMar>
              <w:top w:w="32" w:type="dxa"/>
              <w:left w:w="55" w:type="dxa"/>
              <w:bottom w:w="32" w:type="dxa"/>
              <w:right w:w="55" w:type="dxa"/>
            </w:tcMar>
          </w:tcPr>
          <w:p w14:paraId="37A71E8A" w14:textId="522850F6" w:rsidR="00E307BF" w:rsidRPr="00643E1E" w:rsidRDefault="00F524B9" w:rsidP="00F10171">
            <w:pPr>
              <w:bidi/>
              <w:spacing w:after="0"/>
              <w:jc w:val="center"/>
              <w:rPr>
                <w:rFonts w:ascii="XM Vahid" w:hAnsi="XM Vahid" w:cs="XM Vahid"/>
              </w:rPr>
            </w:pPr>
            <w:r w:rsidRPr="00643E1E">
              <w:rPr>
                <w:rFonts w:ascii="XM Vahid" w:hAnsi="XM Vahid" w:cs="XM Vahid" w:hint="cs"/>
                <w:b/>
                <w:bCs/>
                <w:color w:val="14532D"/>
                <w:sz w:val="20"/>
                <w:szCs w:val="20"/>
                <w:rtl/>
                <w:lang w:bidi="ar-MA"/>
              </w:rPr>
              <w:t>التموضع</w:t>
            </w:r>
          </w:p>
        </w:tc>
        <w:tc>
          <w:tcPr>
            <w:tcW w:w="2534" w:type="dxa"/>
            <w:tcMar>
              <w:top w:w="32" w:type="dxa"/>
              <w:left w:w="55" w:type="dxa"/>
              <w:bottom w:w="32" w:type="dxa"/>
              <w:right w:w="55" w:type="dxa"/>
            </w:tcMar>
          </w:tcPr>
          <w:p w14:paraId="214B67C1"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64D825DC"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c>
          <w:tcPr>
            <w:tcW w:w="2549" w:type="dxa"/>
            <w:tcMar>
              <w:top w:w="32" w:type="dxa"/>
              <w:left w:w="55" w:type="dxa"/>
              <w:bottom w:w="32" w:type="dxa"/>
              <w:right w:w="55" w:type="dxa"/>
            </w:tcMar>
          </w:tcPr>
          <w:p w14:paraId="53316574" w14:textId="77777777" w:rsidR="00E307BF" w:rsidRPr="00643E1E" w:rsidRDefault="00000000" w:rsidP="00F10171">
            <w:pPr>
              <w:bidi/>
              <w:spacing w:after="0"/>
              <w:jc w:val="center"/>
              <w:rPr>
                <w:rFonts w:ascii="XM Vahid" w:hAnsi="XM Vahid" w:cs="XM Vahid"/>
              </w:rPr>
            </w:pPr>
            <w:r w:rsidRPr="00643E1E">
              <w:rPr>
                <w:rFonts w:ascii="XM Vahid" w:hAnsi="XM Vahid" w:cs="XM Vahid" w:hint="cs"/>
                <w:color w:val="475569"/>
                <w:sz w:val="20"/>
                <w:szCs w:val="20"/>
                <w:rtl/>
                <w:lang w:bidi="ar-MA"/>
              </w:rPr>
              <w:t>................................</w:t>
            </w:r>
          </w:p>
        </w:tc>
      </w:tr>
    </w:tbl>
    <w:p w14:paraId="15A2725C" w14:textId="77777777" w:rsidR="00E307BF" w:rsidRPr="00643E1E" w:rsidRDefault="00000000" w:rsidP="00F10171">
      <w:pPr>
        <w:keepNext/>
        <w:pBdr>
          <w:bottom w:val="single" w:sz="10" w:space="2" w:color="15803D"/>
        </w:pBdr>
        <w:bidi/>
        <w:spacing w:before="130" w:after="50"/>
        <w:rPr>
          <w:rFonts w:ascii="XM Vahid" w:hAnsi="XM Vahid" w:cs="XM Vahid"/>
        </w:rPr>
      </w:pPr>
      <w:r w:rsidRPr="00643E1E">
        <w:rPr>
          <w:rFonts w:ascii="XM Vahid" w:hAnsi="XM Vahid" w:cs="XM Vahid" w:hint="cs"/>
          <w:b/>
          <w:bCs/>
          <w:color w:val="14532D"/>
          <w:sz w:val="26"/>
          <w:szCs w:val="26"/>
          <w:rtl/>
          <w:lang w:bidi="ar-MA"/>
        </w:rPr>
        <w:t>9. خلاصة التتبع والاستنتاجات التربوية</w:t>
      </w:r>
    </w:p>
    <w:p w14:paraId="1409EF4B" w14:textId="3A2CA3E9" w:rsidR="00E307BF" w:rsidRPr="00643E1E" w:rsidRDefault="00000000" w:rsidP="00F10171">
      <w:pPr>
        <w:keepNext/>
        <w:bidi/>
        <w:spacing w:after="60"/>
        <w:rPr>
          <w:rFonts w:ascii="XM Vahid" w:hAnsi="XM Vahid" w:cs="XM Vahid"/>
          <w:lang w:bidi="ar-MA"/>
        </w:rPr>
      </w:pPr>
      <w:r w:rsidRPr="00643E1E">
        <w:rPr>
          <w:rFonts w:ascii="XM Vahid" w:hAnsi="XM Vahid" w:cs="XM Vahid" w:hint="cs"/>
          <w:rtl/>
          <w:lang w:bidi="ar-MA"/>
        </w:rPr>
        <w:t>عقب استكمال البرنامج المكثف لدعم التعلمات الأساس، أبان(ت) المتعلم(ة) .................................... عن تطور إيجابي وملموس تؤكده المعطيات الموثقة في شبكات التحقق والمصادقة على اللبنات؛ حيث تجلى هذا التحسن في تنامي تفاعله(ها) الصفي وقدرته(ها) على قراءة الأعداد وإنجاز عمليات الجمع والطرح والضرب والقسمة* بنجاح، متجاوزاً(ة) بذلك أبرز التعثرات المسجلة مطلع الموسم الدراسي. وقد تُوّج هذا المسار بارتقائه(ها) بـ ........... رائز الموضعة البعدي، منتقلاً(ة) من لبنة «....................» إلى لبنة «....................».</w:t>
      </w:r>
    </w:p>
    <w:p w14:paraId="61E6EF31" w14:textId="77777777" w:rsidR="00643E1E" w:rsidRPr="00643E1E" w:rsidRDefault="00643E1E" w:rsidP="00643E1E">
      <w:pPr>
        <w:keepNext/>
        <w:bidi/>
        <w:spacing w:after="60" w:line="300" w:lineRule="exact"/>
        <w:rPr>
          <w:rFonts w:ascii="XM Vahid" w:hAnsi="XM Vahid" w:cs="XM Vahid"/>
          <w:lang w:bidi="ar-MA"/>
        </w:rPr>
      </w:pPr>
    </w:p>
    <w:p w14:paraId="1F99CCD6" w14:textId="77777777" w:rsidR="00643E1E" w:rsidRPr="00643E1E" w:rsidRDefault="00643E1E" w:rsidP="00643E1E">
      <w:pPr>
        <w:keepNext/>
        <w:bidi/>
        <w:spacing w:after="60" w:line="300" w:lineRule="exact"/>
        <w:rPr>
          <w:rFonts w:ascii="XM Vahid" w:hAnsi="XM Vahid" w:cs="XM Vahid"/>
        </w:rPr>
      </w:pPr>
    </w:p>
    <w:p w14:paraId="7FB784CC" w14:textId="77777777" w:rsidR="00E307BF" w:rsidRPr="00643E1E" w:rsidRDefault="00E307BF">
      <w:pPr>
        <w:keepNext/>
        <w:bidi/>
        <w:spacing w:after="60" w:line="80" w:lineRule="exact"/>
        <w:rPr>
          <w:rFonts w:ascii="XM Vahid" w:hAnsi="XM Vahid" w:cs="XM Vahid"/>
        </w:rPr>
      </w:pPr>
    </w:p>
    <w:tbl>
      <w:tblPr>
        <w:bidiVisual/>
        <w:tblW w:w="0" w:type="auto"/>
        <w:jc w:val="center"/>
        <w:tblBorders>
          <w:top w:val="single" w:sz="6" w:space="0" w:color="B6D7C2"/>
          <w:left w:val="single" w:sz="6" w:space="0" w:color="B6D7C2"/>
          <w:bottom w:val="single" w:sz="6" w:space="0" w:color="B6D7C2"/>
          <w:right w:val="single" w:sz="6" w:space="0" w:color="B6D7C2"/>
          <w:insideH w:val="single" w:sz="6" w:space="0" w:color="B6D7C2"/>
          <w:insideV w:val="single" w:sz="6" w:space="0" w:color="B6D7C2"/>
        </w:tblBorders>
        <w:tblLook w:val="04A0" w:firstRow="1" w:lastRow="0" w:firstColumn="1" w:lastColumn="0" w:noHBand="0" w:noVBand="1"/>
      </w:tblPr>
      <w:tblGrid>
        <w:gridCol w:w="5018"/>
        <w:gridCol w:w="5018"/>
      </w:tblGrid>
      <w:tr w:rsidR="00E307BF" w:rsidRPr="00643E1E" w14:paraId="42FA65E0" w14:textId="77777777">
        <w:trPr>
          <w:cantSplit/>
          <w:jc w:val="center"/>
        </w:trPr>
        <w:tc>
          <w:tcPr>
            <w:tcW w:w="5018" w:type="dxa"/>
            <w:shd w:val="clear" w:color="auto" w:fill="F0FDF4"/>
            <w:tcMar>
              <w:top w:w="40" w:type="dxa"/>
              <w:left w:w="70" w:type="dxa"/>
              <w:bottom w:w="110" w:type="dxa"/>
              <w:right w:w="70" w:type="dxa"/>
            </w:tcMar>
          </w:tcPr>
          <w:p w14:paraId="3E6E93CD" w14:textId="77777777" w:rsidR="00E307BF" w:rsidRPr="00643E1E" w:rsidRDefault="00000000">
            <w:pPr>
              <w:bidi/>
              <w:spacing w:after="0" w:line="280" w:lineRule="exact"/>
              <w:jc w:val="center"/>
              <w:rPr>
                <w:rFonts w:ascii="XM Vahid" w:hAnsi="XM Vahid" w:cs="XM Vahid"/>
              </w:rPr>
            </w:pPr>
            <w:r w:rsidRPr="00643E1E">
              <w:rPr>
                <w:rFonts w:ascii="XM Vahid" w:hAnsi="XM Vahid" w:cs="XM Vahid" w:hint="cs"/>
                <w:b/>
                <w:bCs/>
                <w:color w:val="14532D"/>
                <w:sz w:val="21"/>
                <w:szCs w:val="21"/>
                <w:rtl/>
                <w:lang w:bidi="ar-MA"/>
              </w:rPr>
              <w:t>توقيع الأستاذ(ة) المؤطر(ة):</w:t>
            </w:r>
          </w:p>
        </w:tc>
        <w:tc>
          <w:tcPr>
            <w:tcW w:w="5018" w:type="dxa"/>
            <w:shd w:val="clear" w:color="auto" w:fill="F0FDF4"/>
            <w:tcMar>
              <w:top w:w="40" w:type="dxa"/>
              <w:left w:w="70" w:type="dxa"/>
              <w:bottom w:w="110" w:type="dxa"/>
              <w:right w:w="70" w:type="dxa"/>
            </w:tcMar>
          </w:tcPr>
          <w:p w14:paraId="3328E588" w14:textId="77777777" w:rsidR="00E307BF" w:rsidRPr="00643E1E" w:rsidRDefault="00000000">
            <w:pPr>
              <w:bidi/>
              <w:spacing w:after="0" w:line="280" w:lineRule="exact"/>
              <w:jc w:val="center"/>
              <w:rPr>
                <w:rFonts w:ascii="XM Vahid" w:hAnsi="XM Vahid" w:cs="XM Vahid"/>
              </w:rPr>
            </w:pPr>
            <w:r w:rsidRPr="00643E1E">
              <w:rPr>
                <w:rFonts w:ascii="XM Vahid" w:hAnsi="XM Vahid" w:cs="XM Vahid" w:hint="cs"/>
                <w:b/>
                <w:bCs/>
                <w:color w:val="14532D"/>
                <w:sz w:val="21"/>
                <w:szCs w:val="21"/>
                <w:rtl/>
                <w:lang w:bidi="ar-MA"/>
              </w:rPr>
              <w:t>توقيع السيد(ة) مدير(ة) المؤسسة:</w:t>
            </w:r>
          </w:p>
        </w:tc>
      </w:tr>
    </w:tbl>
    <w:p w14:paraId="1B23298E" w14:textId="77777777" w:rsidR="00332CEE" w:rsidRPr="00643E1E" w:rsidRDefault="00332CEE">
      <w:pPr>
        <w:rPr>
          <w:rFonts w:ascii="XM Vahid" w:hAnsi="XM Vahid" w:cs="XM Vahid"/>
        </w:rPr>
      </w:pPr>
    </w:p>
    <w:sectPr w:rsidR="00332CEE" w:rsidRPr="00643E1E" w:rsidSect="00034616">
      <w:pgSz w:w="11909" w:h="16834"/>
      <w:pgMar w:top="691" w:right="936" w:bottom="69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008361">
    <w:abstractNumId w:val="8"/>
  </w:num>
  <w:num w:numId="2" w16cid:durableId="1479762417">
    <w:abstractNumId w:val="6"/>
  </w:num>
  <w:num w:numId="3" w16cid:durableId="822628256">
    <w:abstractNumId w:val="5"/>
  </w:num>
  <w:num w:numId="4" w16cid:durableId="1088042375">
    <w:abstractNumId w:val="4"/>
  </w:num>
  <w:num w:numId="5" w16cid:durableId="1547570453">
    <w:abstractNumId w:val="7"/>
  </w:num>
  <w:num w:numId="6" w16cid:durableId="1742289197">
    <w:abstractNumId w:val="3"/>
  </w:num>
  <w:num w:numId="7" w16cid:durableId="745958965">
    <w:abstractNumId w:val="2"/>
  </w:num>
  <w:num w:numId="8" w16cid:durableId="1064450627">
    <w:abstractNumId w:val="1"/>
  </w:num>
  <w:num w:numId="9" w16cid:durableId="12345858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073D"/>
    <w:rsid w:val="0029639D"/>
    <w:rsid w:val="002A592D"/>
    <w:rsid w:val="00326F90"/>
    <w:rsid w:val="00332CEE"/>
    <w:rsid w:val="00367B72"/>
    <w:rsid w:val="00402B15"/>
    <w:rsid w:val="00561983"/>
    <w:rsid w:val="00643E1E"/>
    <w:rsid w:val="006C04C4"/>
    <w:rsid w:val="0070608F"/>
    <w:rsid w:val="00811A11"/>
    <w:rsid w:val="008C3AE0"/>
    <w:rsid w:val="00AA1D8D"/>
    <w:rsid w:val="00B47730"/>
    <w:rsid w:val="00CB0664"/>
    <w:rsid w:val="00D24A34"/>
    <w:rsid w:val="00D52485"/>
    <w:rsid w:val="00DA0A88"/>
    <w:rsid w:val="00E307BF"/>
    <w:rsid w:val="00F10171"/>
    <w:rsid w:val="00F524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F1033C"/>
  <w14:defaultImageDpi w14:val="300"/>
  <w15:docId w15:val="{C38DD8B4-6062-5A4E-A205-5DC87F64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oto Naskh Arabic" w:hAnsi="Noto Naskh Arabic"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16</cp:revision>
  <dcterms:created xsi:type="dcterms:W3CDTF">2013-12-23T23:15:00Z</dcterms:created>
  <dcterms:modified xsi:type="dcterms:W3CDTF">2026-10-18T02:48:00Z</dcterms:modified>
  <cp:category/>
</cp:coreProperties>
</file>