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bidiVisual/>
        <w:tblW w:w="0" w:type="auto"/>
        <w:jc w:val="center"/>
        <w:tblBorders>
          <w:top w:val="single" w:sz="4" w:space="0" w:color="B6D7C2"/>
          <w:left w:val="single" w:sz="4" w:space="0" w:color="B6D7C2"/>
          <w:bottom w:val="single" w:sz="4" w:space="0" w:color="B6D7C2"/>
          <w:right w:val="single" w:sz="4" w:space="0" w:color="B6D7C2"/>
          <w:insideH w:val="single" w:sz="4" w:space="0" w:color="B6D7C2"/>
          <w:insideV w:val="single" w:sz="4" w:space="0" w:color="B6D7C2"/>
        </w:tblBorders>
        <w:tblLayout w:type="fixed"/>
        <w:tblLook w:val="04A0" w:firstRow="1" w:lastRow="0" w:firstColumn="1" w:lastColumn="0" w:noHBand="0" w:noVBand="1"/>
      </w:tblPr>
      <w:tblGrid>
        <w:gridCol w:w="3345"/>
        <w:gridCol w:w="3346"/>
        <w:gridCol w:w="3346"/>
      </w:tblGrid>
      <w:tr w:rsidR="00790B45" w:rsidRPr="00643E1E" w14:paraId="1318C5C4" w14:textId="77777777" w:rsidTr="0006637D">
        <w:trPr>
          <w:trHeight w:val="1383"/>
          <w:jc w:val="center"/>
        </w:trPr>
        <w:tc>
          <w:tcPr>
            <w:tcW w:w="3345" w:type="dxa"/>
            <w:tcBorders>
              <w:top w:val="nil"/>
              <w:left w:val="nil"/>
              <w:bottom w:val="nil"/>
              <w:right w:val="nil"/>
            </w:tcBorders>
            <w:tcMar>
              <w:top w:w="34" w:type="dxa"/>
              <w:left w:w="60" w:type="dxa"/>
              <w:bottom w:w="34" w:type="dxa"/>
              <w:right w:w="60" w:type="dxa"/>
            </w:tcMar>
            <w:vAlign w:val="center"/>
          </w:tcPr>
          <w:p w14:paraId="511AAA0D" w14:textId="77777777" w:rsidR="00790B45" w:rsidRPr="00790B45" w:rsidRDefault="00790B45" w:rsidP="0006637D">
            <w:pPr>
              <w:bidi/>
              <w:spacing w:after="0"/>
              <w:rPr>
                <w:rFonts w:ascii="XM Vahid" w:hAnsi="XM Vahid" w:cs="XM Vahid"/>
                <w:color w:val="7B2D12"/>
                <w:sz w:val="20"/>
                <w:szCs w:val="20"/>
                <w:lang w:bidi="ar-MA"/>
              </w:rPr>
            </w:pPr>
            <w:r w:rsidRPr="00790B45">
              <w:rPr>
                <w:rFonts w:ascii="XM Vahid" w:hAnsi="XM Vahid" w:cs="XM Vahid"/>
                <w:b/>
                <w:bCs/>
                <w:color w:val="7B2D12"/>
                <w:sz w:val="20"/>
                <w:szCs w:val="20"/>
                <w:rtl/>
                <w:lang w:bidi="ar-MA"/>
              </w:rPr>
              <w:t>الأكاديمية</w:t>
            </w:r>
            <w:r w:rsidRPr="00790B45">
              <w:rPr>
                <w:rFonts w:ascii="XM Vahid" w:hAnsi="XM Vahid" w:cs="XM Vahid" w:hint="cs"/>
                <w:b/>
                <w:bCs/>
                <w:color w:val="7B2D12"/>
                <w:sz w:val="20"/>
                <w:szCs w:val="20"/>
                <w:rtl/>
                <w:lang w:bidi="ar-MA"/>
              </w:rPr>
              <w:t xml:space="preserve">: </w:t>
            </w:r>
            <w:r w:rsidRPr="00790B45">
              <w:rPr>
                <w:rFonts w:ascii="XM Vahid" w:hAnsi="XM Vahid" w:cs="XM Vahid" w:hint="cs"/>
                <w:color w:val="7B2D12"/>
                <w:sz w:val="20"/>
                <w:szCs w:val="20"/>
                <w:rtl/>
                <w:lang w:bidi="ar-MA"/>
              </w:rPr>
              <w:t>..........................</w:t>
            </w:r>
          </w:p>
          <w:p w14:paraId="06FA9708" w14:textId="77777777" w:rsidR="00790B45" w:rsidRPr="00790B45" w:rsidRDefault="00790B45" w:rsidP="0006637D">
            <w:pPr>
              <w:bidi/>
              <w:spacing w:after="0"/>
              <w:rPr>
                <w:rFonts w:ascii="XM Vahid" w:hAnsi="XM Vahid" w:cs="XM Vahid"/>
                <w:color w:val="7B2D12"/>
                <w:sz w:val="20"/>
                <w:szCs w:val="20"/>
                <w:lang w:bidi="ar-MA"/>
              </w:rPr>
            </w:pPr>
            <w:r w:rsidRPr="00790B45">
              <w:rPr>
                <w:rFonts w:ascii="XM Vahid" w:hAnsi="XM Vahid" w:cs="XM Vahid" w:hint="cs"/>
                <w:b/>
                <w:bCs/>
                <w:color w:val="7B2D12"/>
                <w:sz w:val="20"/>
                <w:szCs w:val="20"/>
                <w:rtl/>
                <w:lang w:bidi="ar-MA"/>
              </w:rPr>
              <w:t xml:space="preserve">المديرية: </w:t>
            </w:r>
            <w:r w:rsidRPr="00790B45">
              <w:rPr>
                <w:rFonts w:ascii="XM Vahid" w:hAnsi="XM Vahid" w:cs="XM Vahid" w:hint="cs"/>
                <w:color w:val="7B2D12"/>
                <w:sz w:val="20"/>
                <w:szCs w:val="20"/>
                <w:rtl/>
                <w:lang w:bidi="ar-MA"/>
              </w:rPr>
              <w:t>..........................</w:t>
            </w:r>
          </w:p>
          <w:p w14:paraId="5680CD5F" w14:textId="77777777" w:rsidR="00790B45" w:rsidRPr="00643E1E" w:rsidRDefault="00790B45" w:rsidP="0006637D">
            <w:pPr>
              <w:bidi/>
              <w:spacing w:after="0"/>
              <w:rPr>
                <w:rFonts w:ascii="XM Vahid" w:hAnsi="XM Vahid" w:cs="XM Vahid"/>
              </w:rPr>
            </w:pPr>
            <w:r w:rsidRPr="00790B45">
              <w:rPr>
                <w:rFonts w:ascii="XM Vahid" w:hAnsi="XM Vahid" w:cs="XM Vahid" w:hint="cs"/>
                <w:b/>
                <w:bCs/>
                <w:color w:val="7B2D12"/>
                <w:sz w:val="20"/>
                <w:szCs w:val="20"/>
                <w:rtl/>
                <w:lang w:bidi="ar-MA"/>
              </w:rPr>
              <w:t xml:space="preserve">المؤسسة: </w:t>
            </w:r>
            <w:r w:rsidRPr="00790B45">
              <w:rPr>
                <w:rFonts w:ascii="XM Vahid" w:hAnsi="XM Vahid" w:cs="XM Vahid" w:hint="cs"/>
                <w:color w:val="7B2D12"/>
                <w:sz w:val="20"/>
                <w:szCs w:val="20"/>
                <w:rtl/>
                <w:lang w:bidi="ar-MA"/>
              </w:rPr>
              <w:t>..........</w:t>
            </w:r>
            <w:r w:rsidRPr="00790B45">
              <w:rPr>
                <w:rFonts w:ascii="XM Vahid" w:hAnsi="XM Vahid" w:cs="XM Vahid"/>
                <w:color w:val="7B2D12"/>
                <w:sz w:val="20"/>
                <w:szCs w:val="20"/>
                <w:lang w:bidi="ar-MA"/>
              </w:rPr>
              <w:t>...............</w:t>
            </w:r>
          </w:p>
        </w:tc>
        <w:tc>
          <w:tcPr>
            <w:tcW w:w="3346" w:type="dxa"/>
            <w:tcBorders>
              <w:top w:val="nil"/>
              <w:left w:val="nil"/>
              <w:bottom w:val="nil"/>
              <w:right w:val="nil"/>
            </w:tcBorders>
            <w:tcMar>
              <w:top w:w="34" w:type="dxa"/>
              <w:left w:w="60" w:type="dxa"/>
              <w:bottom w:w="34" w:type="dxa"/>
              <w:right w:w="60" w:type="dxa"/>
            </w:tcMar>
          </w:tcPr>
          <w:p w14:paraId="26538995" w14:textId="77777777" w:rsidR="00790B45" w:rsidRPr="00643E1E" w:rsidRDefault="00790B45" w:rsidP="0006637D">
            <w:pPr>
              <w:bidi/>
              <w:spacing w:after="0"/>
              <w:rPr>
                <w:rFonts w:ascii="XM Vahid" w:hAnsi="XM Vahid" w:cs="XM Vahid"/>
              </w:rPr>
            </w:pPr>
            <w:r w:rsidRPr="00643E1E">
              <w:rPr>
                <w:rFonts w:ascii="XM Vahid" w:hAnsi="XM Vahid" w:cs="XM Vahid" w:hint="cs"/>
                <w:noProof/>
              </w:rPr>
              <w:drawing>
                <wp:inline distT="0" distB="0" distL="0" distR="0" wp14:anchorId="3867A388" wp14:editId="7AF95C23">
                  <wp:extent cx="2064759" cy="127261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a:stretch>
                            <a:fillRect/>
                          </a:stretch>
                        </pic:blipFill>
                        <pic:spPr>
                          <a:xfrm>
                            <a:off x="0" y="0"/>
                            <a:ext cx="2097843" cy="1293009"/>
                          </a:xfrm>
                          <a:prstGeom prst="rect">
                            <a:avLst/>
                          </a:prstGeom>
                        </pic:spPr>
                      </pic:pic>
                    </a:graphicData>
                  </a:graphic>
                </wp:inline>
              </w:drawing>
            </w:r>
          </w:p>
        </w:tc>
        <w:tc>
          <w:tcPr>
            <w:tcW w:w="3346" w:type="dxa"/>
            <w:tcBorders>
              <w:top w:val="nil"/>
              <w:left w:val="nil"/>
              <w:bottom w:val="nil"/>
              <w:right w:val="nil"/>
            </w:tcBorders>
            <w:tcMar>
              <w:top w:w="34" w:type="dxa"/>
              <w:left w:w="60" w:type="dxa"/>
              <w:bottom w:w="34" w:type="dxa"/>
              <w:right w:w="60" w:type="dxa"/>
            </w:tcMar>
            <w:vAlign w:val="center"/>
          </w:tcPr>
          <w:p w14:paraId="6DD1EB53" w14:textId="77777777" w:rsidR="00790B45" w:rsidRPr="00790B45" w:rsidRDefault="00790B45" w:rsidP="0006637D">
            <w:pPr>
              <w:bidi/>
              <w:spacing w:after="0"/>
              <w:jc w:val="right"/>
              <w:rPr>
                <w:rFonts w:ascii="XM Vahid" w:hAnsi="XM Vahid" w:cs="XM Vahid"/>
                <w:color w:val="7B2D12"/>
                <w:sz w:val="20"/>
                <w:szCs w:val="20"/>
                <w:lang w:bidi="ar-MA"/>
              </w:rPr>
            </w:pPr>
            <w:r w:rsidRPr="00790B45">
              <w:rPr>
                <w:rFonts w:ascii="XM Vahid" w:hAnsi="XM Vahid" w:cs="XM Vahid"/>
                <w:b/>
                <w:bCs/>
                <w:color w:val="7B2D12"/>
                <w:sz w:val="20"/>
                <w:szCs w:val="20"/>
                <w:rtl/>
                <w:lang w:bidi="ar-MA"/>
              </w:rPr>
              <w:t>الأستاذ(ة)</w:t>
            </w:r>
            <w:r w:rsidRPr="00790B45">
              <w:rPr>
                <w:rFonts w:ascii="XM Vahid" w:hAnsi="XM Vahid" w:cs="XM Vahid" w:hint="cs"/>
                <w:b/>
                <w:bCs/>
                <w:color w:val="7B2D12"/>
                <w:sz w:val="20"/>
                <w:szCs w:val="20"/>
                <w:rtl/>
                <w:lang w:bidi="ar-MA"/>
              </w:rPr>
              <w:t xml:space="preserve">: </w:t>
            </w:r>
            <w:r w:rsidRPr="00790B45">
              <w:rPr>
                <w:rFonts w:ascii="XM Vahid" w:hAnsi="XM Vahid" w:cs="XM Vahid" w:hint="cs"/>
                <w:color w:val="7B2D12"/>
                <w:sz w:val="20"/>
                <w:szCs w:val="20"/>
                <w:rtl/>
                <w:lang w:bidi="ar-MA"/>
              </w:rPr>
              <w:t>........</w:t>
            </w:r>
            <w:r w:rsidRPr="00790B45">
              <w:rPr>
                <w:rFonts w:ascii="XM Vahid" w:hAnsi="XM Vahid" w:cs="XM Vahid"/>
                <w:color w:val="7B2D12"/>
                <w:sz w:val="20"/>
                <w:szCs w:val="20"/>
                <w:lang w:bidi="ar-MA"/>
              </w:rPr>
              <w:t>......</w:t>
            </w:r>
            <w:r w:rsidRPr="00790B45">
              <w:rPr>
                <w:rFonts w:ascii="XM Vahid" w:hAnsi="XM Vahid" w:cs="XM Vahid" w:hint="cs"/>
                <w:color w:val="7B2D12"/>
                <w:sz w:val="20"/>
                <w:szCs w:val="20"/>
                <w:rtl/>
                <w:lang w:bidi="ar-MA"/>
              </w:rPr>
              <w:t>..................</w:t>
            </w:r>
          </w:p>
          <w:p w14:paraId="293DB2F5" w14:textId="77777777" w:rsidR="00790B45" w:rsidRPr="00790B45" w:rsidRDefault="00790B45" w:rsidP="0006637D">
            <w:pPr>
              <w:bidi/>
              <w:spacing w:after="0"/>
              <w:jc w:val="right"/>
              <w:rPr>
                <w:rFonts w:ascii="XM Vahid" w:hAnsi="XM Vahid" w:cs="XM Vahid"/>
                <w:color w:val="7B2D12"/>
                <w:sz w:val="20"/>
                <w:szCs w:val="20"/>
                <w:lang w:bidi="ar-MA"/>
              </w:rPr>
            </w:pPr>
            <w:r w:rsidRPr="00790B45">
              <w:rPr>
                <w:rFonts w:ascii="XM Vahid" w:hAnsi="XM Vahid" w:cs="XM Vahid"/>
                <w:b/>
                <w:bCs/>
                <w:color w:val="7B2D12"/>
                <w:sz w:val="20"/>
                <w:szCs w:val="20"/>
                <w:rtl/>
                <w:lang w:bidi="ar-MA"/>
              </w:rPr>
              <w:t>رقم التأجير</w:t>
            </w:r>
            <w:r w:rsidRPr="00790B45">
              <w:rPr>
                <w:rFonts w:ascii="XM Vahid" w:hAnsi="XM Vahid" w:cs="XM Vahid" w:hint="cs"/>
                <w:b/>
                <w:bCs/>
                <w:color w:val="7B2D12"/>
                <w:sz w:val="20"/>
                <w:szCs w:val="20"/>
                <w:rtl/>
                <w:lang w:bidi="ar-MA"/>
              </w:rPr>
              <w:t xml:space="preserve">: </w:t>
            </w:r>
            <w:r w:rsidRPr="00790B45">
              <w:rPr>
                <w:rFonts w:ascii="XM Vahid" w:hAnsi="XM Vahid" w:cs="XM Vahid" w:hint="cs"/>
                <w:color w:val="7B2D12"/>
                <w:sz w:val="20"/>
                <w:szCs w:val="20"/>
                <w:rtl/>
                <w:lang w:bidi="ar-MA"/>
              </w:rPr>
              <w:t>........</w:t>
            </w:r>
            <w:r w:rsidRPr="00790B45">
              <w:rPr>
                <w:rFonts w:ascii="XM Vahid" w:hAnsi="XM Vahid" w:cs="XM Vahid"/>
                <w:color w:val="7B2D12"/>
                <w:sz w:val="20"/>
                <w:szCs w:val="20"/>
                <w:lang w:bidi="ar-MA"/>
              </w:rPr>
              <w:t>...</w:t>
            </w:r>
            <w:r w:rsidRPr="00790B45">
              <w:rPr>
                <w:rFonts w:ascii="XM Vahid" w:hAnsi="XM Vahid" w:cs="XM Vahid" w:hint="cs"/>
                <w:color w:val="7B2D12"/>
                <w:sz w:val="20"/>
                <w:szCs w:val="20"/>
                <w:rtl/>
                <w:lang w:bidi="ar-MA"/>
              </w:rPr>
              <w:t>..................</w:t>
            </w:r>
          </w:p>
          <w:p w14:paraId="3F0738BF" w14:textId="77777777" w:rsidR="00790B45" w:rsidRPr="00643E1E" w:rsidRDefault="00790B45" w:rsidP="0006637D">
            <w:pPr>
              <w:bidi/>
              <w:spacing w:after="0"/>
              <w:jc w:val="right"/>
              <w:rPr>
                <w:rFonts w:ascii="XM Vahid" w:hAnsi="XM Vahid" w:cs="XM Vahid"/>
              </w:rPr>
            </w:pPr>
            <w:r w:rsidRPr="00790B45">
              <w:rPr>
                <w:rFonts w:ascii="XM Vahid" w:hAnsi="XM Vahid" w:cs="XM Vahid"/>
                <w:b/>
                <w:bCs/>
                <w:color w:val="7B2D12"/>
                <w:sz w:val="20"/>
                <w:szCs w:val="20"/>
                <w:rtl/>
                <w:lang w:bidi="ar-MA"/>
              </w:rPr>
              <w:t>السنة الدراسية</w:t>
            </w:r>
            <w:r w:rsidRPr="00790B45">
              <w:rPr>
                <w:rFonts w:ascii="XM Vahid" w:hAnsi="XM Vahid" w:cs="XM Vahid" w:hint="cs"/>
                <w:b/>
                <w:bCs/>
                <w:color w:val="7B2D12"/>
                <w:sz w:val="20"/>
                <w:szCs w:val="20"/>
                <w:rtl/>
                <w:lang w:bidi="ar-MA"/>
              </w:rPr>
              <w:t xml:space="preserve">: </w:t>
            </w:r>
            <w:r w:rsidRPr="00790B45">
              <w:rPr>
                <w:rFonts w:ascii="XM Vahid" w:hAnsi="XM Vahid" w:cs="XM Vahid" w:hint="cs"/>
                <w:color w:val="7B2D12"/>
                <w:sz w:val="20"/>
                <w:szCs w:val="20"/>
                <w:rtl/>
                <w:lang w:bidi="ar-MA"/>
              </w:rPr>
              <w:t>..........</w:t>
            </w:r>
            <w:r w:rsidRPr="00790B45">
              <w:rPr>
                <w:rFonts w:ascii="XM Vahid" w:hAnsi="XM Vahid" w:cs="XM Vahid"/>
                <w:color w:val="7B2D12"/>
                <w:sz w:val="20"/>
                <w:szCs w:val="20"/>
                <w:lang w:bidi="ar-MA"/>
              </w:rPr>
              <w:t>...............</w:t>
            </w:r>
          </w:p>
        </w:tc>
      </w:tr>
    </w:tbl>
    <w:p w14:paraId="44188BD2" w14:textId="77777777" w:rsidR="00CF2B02" w:rsidRPr="00C80434" w:rsidRDefault="00CF2B02" w:rsidP="00C80434">
      <w:pPr>
        <w:bidi/>
        <w:spacing w:after="20"/>
        <w:rPr>
          <w:rFonts w:ascii="XM Vahid" w:hAnsi="XM Vahid" w:cs="XM Vahid" w:hint="cs"/>
        </w:rPr>
      </w:pPr>
    </w:p>
    <w:tbl>
      <w:tblPr>
        <w:bidiVisual/>
        <w:tblW w:w="0" w:type="auto"/>
        <w:jc w:val="center"/>
        <w:tblBorders>
          <w:top w:val="single" w:sz="8" w:space="0" w:color="7C2D12"/>
          <w:left w:val="single" w:sz="8" w:space="0" w:color="7C2D12"/>
          <w:bottom w:val="single" w:sz="8" w:space="0" w:color="7C2D12"/>
          <w:right w:val="single" w:sz="8" w:space="0" w:color="7C2D12"/>
          <w:insideH w:val="single" w:sz="8" w:space="0" w:color="7C2D12"/>
          <w:insideV w:val="single" w:sz="8" w:space="0" w:color="7C2D12"/>
        </w:tblBorders>
        <w:tblLook w:val="04A0" w:firstRow="1" w:lastRow="0" w:firstColumn="1" w:lastColumn="0" w:noHBand="0" w:noVBand="1"/>
      </w:tblPr>
      <w:tblGrid>
        <w:gridCol w:w="10037"/>
      </w:tblGrid>
      <w:tr w:rsidR="00CF2B02" w:rsidRPr="00C80434" w14:paraId="587DF932" w14:textId="77777777">
        <w:trPr>
          <w:jc w:val="center"/>
        </w:trPr>
        <w:tc>
          <w:tcPr>
            <w:tcW w:w="10037" w:type="dxa"/>
            <w:shd w:val="clear" w:color="auto" w:fill="7C2D12"/>
            <w:tcMar>
              <w:top w:w="60" w:type="dxa"/>
              <w:left w:w="100" w:type="dxa"/>
              <w:bottom w:w="60" w:type="dxa"/>
              <w:right w:w="100" w:type="dxa"/>
            </w:tcMar>
          </w:tcPr>
          <w:p w14:paraId="7CB8CC2E" w14:textId="77777777" w:rsidR="00CF2B02" w:rsidRPr="00C80434" w:rsidRDefault="00000000" w:rsidP="00C80434">
            <w:pPr>
              <w:bidi/>
              <w:spacing w:after="0"/>
              <w:jc w:val="center"/>
              <w:rPr>
                <w:rFonts w:ascii="XM Vahid" w:hAnsi="XM Vahid" w:cs="XM Vahid" w:hint="cs"/>
              </w:rPr>
            </w:pPr>
            <w:r w:rsidRPr="00C80434">
              <w:rPr>
                <w:rFonts w:ascii="XM Vahid" w:hAnsi="XM Vahid" w:cs="XM Vahid" w:hint="cs"/>
                <w:b/>
                <w:bCs/>
                <w:color w:val="FFFFFF"/>
                <w:sz w:val="30"/>
                <w:szCs w:val="30"/>
                <w:rtl/>
                <w:lang w:bidi="ar-MA"/>
              </w:rPr>
              <w:t>تقرير تربوي حول دراسة حالة – مادة اللغة العربية (برنامج الدعم المكثف)</w:t>
            </w:r>
          </w:p>
        </w:tc>
      </w:tr>
    </w:tbl>
    <w:p w14:paraId="73CDCFFF" w14:textId="77777777" w:rsidR="00CF2B02" w:rsidRPr="00C80434" w:rsidRDefault="00CF2B02" w:rsidP="00C80434">
      <w:pPr>
        <w:bidi/>
        <w:spacing w:after="20"/>
        <w:rPr>
          <w:rFonts w:ascii="XM Vahid" w:hAnsi="XM Vahid" w:cs="XM Vahid" w:hint="cs"/>
        </w:rPr>
      </w:pPr>
    </w:p>
    <w:tbl>
      <w:tblPr>
        <w:bidiVisual/>
        <w:tblW w:w="0" w:type="auto"/>
        <w:jc w:val="center"/>
        <w:tblBorders>
          <w:top w:val="single" w:sz="6" w:space="0" w:color="D6C7B2"/>
          <w:left w:val="single" w:sz="6" w:space="0" w:color="D6C7B2"/>
          <w:bottom w:val="single" w:sz="6" w:space="0" w:color="D6C7B2"/>
          <w:right w:val="single" w:sz="6" w:space="0" w:color="D6C7B2"/>
          <w:insideH w:val="single" w:sz="6" w:space="0" w:color="D6C7B2"/>
          <w:insideV w:val="single" w:sz="6" w:space="0" w:color="D6C7B2"/>
        </w:tblBorders>
        <w:tblLayout w:type="fixed"/>
        <w:tblLook w:val="04A0" w:firstRow="1" w:lastRow="0" w:firstColumn="1" w:lastColumn="0" w:noHBand="0" w:noVBand="1"/>
      </w:tblPr>
      <w:tblGrid>
        <w:gridCol w:w="1872"/>
        <w:gridCol w:w="3168"/>
        <w:gridCol w:w="1728"/>
        <w:gridCol w:w="3269"/>
      </w:tblGrid>
      <w:tr w:rsidR="00CF2B02" w:rsidRPr="00C80434" w14:paraId="6683CB6F" w14:textId="77777777">
        <w:trPr>
          <w:cantSplit/>
          <w:jc w:val="center"/>
        </w:trPr>
        <w:tc>
          <w:tcPr>
            <w:tcW w:w="10036" w:type="dxa"/>
            <w:gridSpan w:val="4"/>
            <w:shd w:val="clear" w:color="auto" w:fill="FEF3C7"/>
            <w:tcMar>
              <w:top w:w="34" w:type="dxa"/>
              <w:left w:w="75" w:type="dxa"/>
              <w:bottom w:w="34" w:type="dxa"/>
              <w:right w:w="75" w:type="dxa"/>
            </w:tcMar>
          </w:tcPr>
          <w:p w14:paraId="39B16BDD" w14:textId="77777777" w:rsidR="00CF2B02" w:rsidRPr="00C80434" w:rsidRDefault="00000000" w:rsidP="00C80434">
            <w:pPr>
              <w:keepNext/>
              <w:bidi/>
              <w:spacing w:after="0"/>
              <w:rPr>
                <w:rFonts w:ascii="XM Vahid" w:hAnsi="XM Vahid" w:cs="XM Vahid" w:hint="cs"/>
              </w:rPr>
            </w:pPr>
            <w:r w:rsidRPr="00C80434">
              <w:rPr>
                <w:rFonts w:ascii="XM Vahid" w:hAnsi="XM Vahid" w:cs="XM Vahid" w:hint="cs"/>
                <w:b/>
                <w:bCs/>
                <w:color w:val="7C2D12"/>
                <w:sz w:val="21"/>
                <w:szCs w:val="21"/>
                <w:rtl/>
                <w:lang w:bidi="ar-MA"/>
              </w:rPr>
              <w:t>1. البطاقة التقنية والمعطيات الإدارية للتقرير</w:t>
            </w:r>
          </w:p>
        </w:tc>
      </w:tr>
      <w:tr w:rsidR="00CF2B02" w:rsidRPr="00C80434" w14:paraId="23B08F98" w14:textId="77777777">
        <w:trPr>
          <w:cantSplit/>
          <w:jc w:val="center"/>
        </w:trPr>
        <w:tc>
          <w:tcPr>
            <w:tcW w:w="1872" w:type="dxa"/>
            <w:shd w:val="clear" w:color="auto" w:fill="FFFBEB"/>
            <w:tcMar>
              <w:top w:w="34" w:type="dxa"/>
              <w:left w:w="65" w:type="dxa"/>
              <w:bottom w:w="34" w:type="dxa"/>
              <w:right w:w="65" w:type="dxa"/>
            </w:tcMar>
          </w:tcPr>
          <w:p w14:paraId="69204C78" w14:textId="77777777" w:rsidR="00CF2B02" w:rsidRPr="00C80434" w:rsidRDefault="00000000" w:rsidP="00C80434">
            <w:pPr>
              <w:keepNext/>
              <w:bidi/>
              <w:spacing w:after="0"/>
              <w:jc w:val="center"/>
              <w:rPr>
                <w:rFonts w:ascii="XM Vahid" w:hAnsi="XM Vahid" w:cs="XM Vahid" w:hint="cs"/>
              </w:rPr>
            </w:pPr>
            <w:r w:rsidRPr="00C80434">
              <w:rPr>
                <w:rFonts w:ascii="XM Vahid" w:hAnsi="XM Vahid" w:cs="XM Vahid" w:hint="cs"/>
                <w:b/>
                <w:bCs/>
                <w:color w:val="7C2D12"/>
                <w:sz w:val="20"/>
                <w:szCs w:val="20"/>
                <w:rtl/>
                <w:lang w:bidi="ar-MA"/>
              </w:rPr>
              <w:t>موضوع الوثيقة</w:t>
            </w:r>
          </w:p>
        </w:tc>
        <w:tc>
          <w:tcPr>
            <w:tcW w:w="7527" w:type="dxa"/>
            <w:gridSpan w:val="3"/>
            <w:tcMar>
              <w:top w:w="34" w:type="dxa"/>
              <w:left w:w="65" w:type="dxa"/>
              <w:bottom w:w="34" w:type="dxa"/>
              <w:right w:w="65" w:type="dxa"/>
            </w:tcMar>
          </w:tcPr>
          <w:p w14:paraId="17228E0F" w14:textId="77777777" w:rsidR="00CF2B02" w:rsidRPr="00C80434" w:rsidRDefault="00000000" w:rsidP="00C80434">
            <w:pPr>
              <w:keepNext/>
              <w:bidi/>
              <w:spacing w:after="0"/>
              <w:rPr>
                <w:rFonts w:ascii="XM Vahid" w:hAnsi="XM Vahid" w:cs="XM Vahid" w:hint="cs"/>
              </w:rPr>
            </w:pPr>
            <w:r w:rsidRPr="00C80434">
              <w:rPr>
                <w:rFonts w:ascii="XM Vahid" w:hAnsi="XM Vahid" w:cs="XM Vahid" w:hint="cs"/>
                <w:sz w:val="20"/>
                <w:szCs w:val="20"/>
                <w:rtl/>
                <w:lang w:bidi="ar-MA"/>
              </w:rPr>
              <w:t>تقرير تربوي لتتبع دراسة حالة فردية خاصة بأحد المتعلمين أو المتعلمات</w:t>
            </w:r>
          </w:p>
        </w:tc>
      </w:tr>
      <w:tr w:rsidR="00CF2B02" w:rsidRPr="00C80434" w14:paraId="1077F247" w14:textId="77777777">
        <w:trPr>
          <w:cantSplit/>
          <w:jc w:val="center"/>
        </w:trPr>
        <w:tc>
          <w:tcPr>
            <w:tcW w:w="1872" w:type="dxa"/>
            <w:shd w:val="clear" w:color="auto" w:fill="FFFBEB"/>
            <w:tcMar>
              <w:top w:w="34" w:type="dxa"/>
              <w:left w:w="65" w:type="dxa"/>
              <w:bottom w:w="34" w:type="dxa"/>
              <w:right w:w="65" w:type="dxa"/>
            </w:tcMar>
          </w:tcPr>
          <w:p w14:paraId="47819242" w14:textId="77777777" w:rsidR="00CF2B02" w:rsidRPr="00C80434" w:rsidRDefault="00000000" w:rsidP="00C80434">
            <w:pPr>
              <w:keepNext/>
              <w:bidi/>
              <w:spacing w:after="0"/>
              <w:jc w:val="center"/>
              <w:rPr>
                <w:rFonts w:ascii="XM Vahid" w:hAnsi="XM Vahid" w:cs="XM Vahid" w:hint="cs"/>
              </w:rPr>
            </w:pPr>
            <w:r w:rsidRPr="00C80434">
              <w:rPr>
                <w:rFonts w:ascii="XM Vahid" w:hAnsi="XM Vahid" w:cs="XM Vahid" w:hint="cs"/>
                <w:b/>
                <w:bCs/>
                <w:color w:val="7C2D12"/>
                <w:sz w:val="20"/>
                <w:szCs w:val="20"/>
                <w:rtl/>
                <w:lang w:bidi="ar-MA"/>
              </w:rPr>
              <w:t>الفئة المعنية</w:t>
            </w:r>
          </w:p>
        </w:tc>
        <w:tc>
          <w:tcPr>
            <w:tcW w:w="7527" w:type="dxa"/>
            <w:gridSpan w:val="3"/>
            <w:tcMar>
              <w:top w:w="34" w:type="dxa"/>
              <w:left w:w="65" w:type="dxa"/>
              <w:bottom w:w="34" w:type="dxa"/>
              <w:right w:w="65" w:type="dxa"/>
            </w:tcMar>
          </w:tcPr>
          <w:p w14:paraId="50D4D839" w14:textId="77777777" w:rsidR="00CF2B02" w:rsidRPr="00C80434" w:rsidRDefault="00000000" w:rsidP="00C80434">
            <w:pPr>
              <w:keepNext/>
              <w:bidi/>
              <w:spacing w:after="0"/>
              <w:rPr>
                <w:rFonts w:ascii="XM Vahid" w:hAnsi="XM Vahid" w:cs="XM Vahid" w:hint="cs"/>
              </w:rPr>
            </w:pPr>
            <w:r w:rsidRPr="00C80434">
              <w:rPr>
                <w:rFonts w:ascii="XM Vahid" w:hAnsi="XM Vahid" w:cs="XM Vahid" w:hint="cs"/>
                <w:color w:val="475569"/>
                <w:sz w:val="20"/>
                <w:szCs w:val="20"/>
                <w:rtl/>
                <w:lang w:bidi="ar-MA"/>
              </w:rPr>
              <w:t>...........................................................................................................................</w:t>
            </w:r>
          </w:p>
        </w:tc>
      </w:tr>
      <w:tr w:rsidR="00CF2B02" w:rsidRPr="00C80434" w14:paraId="194F7D3A" w14:textId="77777777">
        <w:trPr>
          <w:cantSplit/>
          <w:jc w:val="center"/>
        </w:trPr>
        <w:tc>
          <w:tcPr>
            <w:tcW w:w="1872" w:type="dxa"/>
            <w:shd w:val="clear" w:color="auto" w:fill="FFFBEB"/>
            <w:tcMar>
              <w:top w:w="34" w:type="dxa"/>
              <w:left w:w="65" w:type="dxa"/>
              <w:bottom w:w="34" w:type="dxa"/>
              <w:right w:w="65" w:type="dxa"/>
            </w:tcMar>
          </w:tcPr>
          <w:p w14:paraId="64965306" w14:textId="77777777" w:rsidR="00CF2B02" w:rsidRPr="00C80434" w:rsidRDefault="00000000" w:rsidP="00C80434">
            <w:pPr>
              <w:bidi/>
              <w:spacing w:after="0"/>
              <w:jc w:val="center"/>
              <w:rPr>
                <w:rFonts w:ascii="XM Vahid" w:hAnsi="XM Vahid" w:cs="XM Vahid" w:hint="cs"/>
              </w:rPr>
            </w:pPr>
            <w:r w:rsidRPr="00C80434">
              <w:rPr>
                <w:rFonts w:ascii="XM Vahid" w:hAnsi="XM Vahid" w:cs="XM Vahid" w:hint="cs"/>
                <w:b/>
                <w:bCs/>
                <w:color w:val="7C2D12"/>
                <w:sz w:val="20"/>
                <w:szCs w:val="20"/>
                <w:rtl/>
                <w:lang w:bidi="ar-MA"/>
              </w:rPr>
              <w:t>الفترة الزمنية</w:t>
            </w:r>
          </w:p>
        </w:tc>
        <w:tc>
          <w:tcPr>
            <w:tcW w:w="3168" w:type="dxa"/>
            <w:tcMar>
              <w:top w:w="34" w:type="dxa"/>
              <w:left w:w="65" w:type="dxa"/>
              <w:bottom w:w="34" w:type="dxa"/>
              <w:right w:w="65" w:type="dxa"/>
            </w:tcMar>
          </w:tcPr>
          <w:p w14:paraId="75FC0716" w14:textId="77777777" w:rsidR="00CF2B02" w:rsidRPr="00C80434" w:rsidRDefault="00000000" w:rsidP="00C80434">
            <w:pPr>
              <w:bidi/>
              <w:spacing w:after="0"/>
              <w:rPr>
                <w:rFonts w:ascii="XM Vahid" w:hAnsi="XM Vahid" w:cs="XM Vahid" w:hint="cs"/>
              </w:rPr>
            </w:pPr>
            <w:r w:rsidRPr="00C80434">
              <w:rPr>
                <w:rFonts w:ascii="XM Vahid" w:hAnsi="XM Vahid" w:cs="XM Vahid" w:hint="cs"/>
                <w:sz w:val="20"/>
                <w:szCs w:val="20"/>
                <w:rtl/>
                <w:lang w:bidi="ar-MA"/>
              </w:rPr>
              <w:t>من .... شتنبر إلى .... أكتوبر</w:t>
            </w:r>
          </w:p>
        </w:tc>
        <w:tc>
          <w:tcPr>
            <w:tcW w:w="1728" w:type="dxa"/>
            <w:shd w:val="clear" w:color="auto" w:fill="FFFBEB"/>
            <w:tcMar>
              <w:top w:w="34" w:type="dxa"/>
              <w:left w:w="65" w:type="dxa"/>
              <w:bottom w:w="34" w:type="dxa"/>
              <w:right w:w="65" w:type="dxa"/>
            </w:tcMar>
          </w:tcPr>
          <w:p w14:paraId="60A8C523" w14:textId="77777777" w:rsidR="00CF2B02" w:rsidRPr="00C80434" w:rsidRDefault="00000000" w:rsidP="00C80434">
            <w:pPr>
              <w:bidi/>
              <w:spacing w:after="0"/>
              <w:jc w:val="center"/>
              <w:rPr>
                <w:rFonts w:ascii="XM Vahid" w:hAnsi="XM Vahid" w:cs="XM Vahid" w:hint="cs"/>
              </w:rPr>
            </w:pPr>
            <w:r w:rsidRPr="00C80434">
              <w:rPr>
                <w:rFonts w:ascii="XM Vahid" w:hAnsi="XM Vahid" w:cs="XM Vahid" w:hint="cs"/>
                <w:b/>
                <w:bCs/>
                <w:color w:val="7C2D12"/>
                <w:sz w:val="20"/>
                <w:szCs w:val="20"/>
                <w:rtl/>
                <w:lang w:bidi="ar-MA"/>
              </w:rPr>
              <w:t>تأطير وإشراف</w:t>
            </w:r>
          </w:p>
        </w:tc>
        <w:tc>
          <w:tcPr>
            <w:tcW w:w="3269" w:type="dxa"/>
            <w:tcMar>
              <w:top w:w="34" w:type="dxa"/>
              <w:left w:w="65" w:type="dxa"/>
              <w:bottom w:w="34" w:type="dxa"/>
              <w:right w:w="65" w:type="dxa"/>
            </w:tcMar>
          </w:tcPr>
          <w:p w14:paraId="459FAA27" w14:textId="77777777" w:rsidR="00CF2B02" w:rsidRPr="00C80434" w:rsidRDefault="00000000" w:rsidP="00C80434">
            <w:pPr>
              <w:bidi/>
              <w:spacing w:after="0"/>
              <w:rPr>
                <w:rFonts w:ascii="XM Vahid" w:hAnsi="XM Vahid" w:cs="XM Vahid" w:hint="cs"/>
              </w:rPr>
            </w:pPr>
            <w:r w:rsidRPr="00C80434">
              <w:rPr>
                <w:rFonts w:ascii="XM Vahid" w:hAnsi="XM Vahid" w:cs="XM Vahid" w:hint="cs"/>
                <w:sz w:val="20"/>
                <w:szCs w:val="20"/>
                <w:rtl/>
                <w:lang w:bidi="ar-MA"/>
              </w:rPr>
              <w:t>الأستاذ(ة): ...................................</w:t>
            </w:r>
          </w:p>
        </w:tc>
      </w:tr>
    </w:tbl>
    <w:p w14:paraId="1983D27E" w14:textId="77777777" w:rsidR="00CF2B02" w:rsidRPr="00C80434" w:rsidRDefault="00000000" w:rsidP="00C80434">
      <w:pPr>
        <w:keepNext/>
        <w:pBdr>
          <w:bottom w:val="single" w:sz="10" w:space="2" w:color="B45309"/>
        </w:pBdr>
        <w:bidi/>
        <w:spacing w:before="130" w:after="50"/>
        <w:rPr>
          <w:rFonts w:ascii="XM Vahid" w:hAnsi="XM Vahid" w:cs="XM Vahid" w:hint="cs"/>
        </w:rPr>
      </w:pPr>
      <w:r w:rsidRPr="00C80434">
        <w:rPr>
          <w:rFonts w:ascii="XM Vahid" w:hAnsi="XM Vahid" w:cs="XM Vahid" w:hint="cs"/>
          <w:b/>
          <w:bCs/>
          <w:color w:val="7C2D12"/>
          <w:sz w:val="26"/>
          <w:szCs w:val="26"/>
          <w:rtl/>
          <w:lang w:bidi="ar-MA"/>
        </w:rPr>
        <w:t>2. السياق التربوي والغاية من دراسة الحالة</w:t>
      </w:r>
    </w:p>
    <w:p w14:paraId="712EFCFE" w14:textId="77777777" w:rsidR="00CF2B02" w:rsidRPr="00C80434" w:rsidRDefault="00000000" w:rsidP="00C80434">
      <w:pPr>
        <w:bidi/>
        <w:spacing w:after="60"/>
        <w:jc w:val="both"/>
        <w:rPr>
          <w:rFonts w:ascii="XM Vahid" w:hAnsi="XM Vahid" w:cs="XM Vahid" w:hint="cs"/>
        </w:rPr>
      </w:pPr>
      <w:r w:rsidRPr="00C80434">
        <w:rPr>
          <w:rFonts w:ascii="XM Vahid" w:hAnsi="XM Vahid" w:cs="XM Vahid" w:hint="cs"/>
          <w:rtl/>
          <w:lang w:bidi="ar-MA"/>
        </w:rPr>
        <w:t>يرمي هذا التقرير التربوي إلى رصد أثر التدخلات العلاجية المبرمجة ضمن مرحلة الدعم المكثف في مادة اللغة العربية، والهادفة إلى تذليل الصعوبات القرائية وتنمية مهارات الفهم لدى المتعلم(ة). وتنطلق هذه الدراسة من معطيات التشخيص القبلي للمقارنة بين مستوى الانطلاق والحصيلة المحققة في ختام فترة الدعم، وفق منظور سوسيو-بيداغوجي يعزز الثقة بالنفس ويرتقي بالتكيف المدرسي للمتعلم(ة).</w:t>
      </w:r>
    </w:p>
    <w:p w14:paraId="32AC9895" w14:textId="77777777" w:rsidR="00CF2B02" w:rsidRPr="00C80434" w:rsidRDefault="00000000" w:rsidP="00C80434">
      <w:pPr>
        <w:keepNext/>
        <w:pBdr>
          <w:bottom w:val="single" w:sz="10" w:space="2" w:color="B45309"/>
        </w:pBdr>
        <w:bidi/>
        <w:spacing w:before="130" w:after="50"/>
        <w:rPr>
          <w:rFonts w:ascii="XM Vahid" w:hAnsi="XM Vahid" w:cs="XM Vahid" w:hint="cs"/>
        </w:rPr>
      </w:pPr>
      <w:r w:rsidRPr="00C80434">
        <w:rPr>
          <w:rFonts w:ascii="XM Vahid" w:hAnsi="XM Vahid" w:cs="XM Vahid" w:hint="cs"/>
          <w:b/>
          <w:bCs/>
          <w:color w:val="7C2D12"/>
          <w:sz w:val="26"/>
          <w:szCs w:val="26"/>
          <w:rtl/>
          <w:lang w:bidi="ar-MA"/>
        </w:rPr>
        <w:t>3. البيانات التعريفية للمتعلم(ة) المعني(ة) بالدراسة</w:t>
      </w:r>
    </w:p>
    <w:tbl>
      <w:tblPr>
        <w:bidiVisual/>
        <w:tblW w:w="0" w:type="auto"/>
        <w:jc w:val="center"/>
        <w:tblBorders>
          <w:top w:val="single" w:sz="6" w:space="0" w:color="D6C7B2"/>
          <w:left w:val="single" w:sz="6" w:space="0" w:color="D6C7B2"/>
          <w:bottom w:val="single" w:sz="6" w:space="0" w:color="D6C7B2"/>
          <w:right w:val="single" w:sz="6" w:space="0" w:color="D6C7B2"/>
          <w:insideH w:val="single" w:sz="6" w:space="0" w:color="D6C7B2"/>
          <w:insideV w:val="single" w:sz="6" w:space="0" w:color="D6C7B2"/>
        </w:tblBorders>
        <w:tblLayout w:type="fixed"/>
        <w:tblLook w:val="04A0" w:firstRow="1" w:lastRow="0" w:firstColumn="1" w:lastColumn="0" w:noHBand="0" w:noVBand="1"/>
      </w:tblPr>
      <w:tblGrid>
        <w:gridCol w:w="2664"/>
        <w:gridCol w:w="1872"/>
        <w:gridCol w:w="1757"/>
        <w:gridCol w:w="1872"/>
        <w:gridCol w:w="1872"/>
      </w:tblGrid>
      <w:tr w:rsidR="00CF2B02" w:rsidRPr="00C80434" w14:paraId="2962AB09" w14:textId="77777777">
        <w:trPr>
          <w:cantSplit/>
          <w:jc w:val="center"/>
        </w:trPr>
        <w:tc>
          <w:tcPr>
            <w:tcW w:w="2664" w:type="dxa"/>
            <w:shd w:val="clear" w:color="auto" w:fill="FEF3C7"/>
            <w:tcMar>
              <w:top w:w="32" w:type="dxa"/>
              <w:left w:w="45" w:type="dxa"/>
              <w:bottom w:w="32" w:type="dxa"/>
              <w:right w:w="45" w:type="dxa"/>
            </w:tcMar>
          </w:tcPr>
          <w:p w14:paraId="22664CCB" w14:textId="77777777" w:rsidR="00CF2B02" w:rsidRPr="00C80434" w:rsidRDefault="00000000" w:rsidP="00C80434">
            <w:pPr>
              <w:keepNext/>
              <w:bidi/>
              <w:spacing w:after="0"/>
              <w:jc w:val="center"/>
              <w:rPr>
                <w:rFonts w:ascii="XM Vahid" w:hAnsi="XM Vahid" w:cs="XM Vahid" w:hint="cs"/>
              </w:rPr>
            </w:pPr>
            <w:r w:rsidRPr="00C80434">
              <w:rPr>
                <w:rFonts w:ascii="XM Vahid" w:hAnsi="XM Vahid" w:cs="XM Vahid" w:hint="cs"/>
                <w:b/>
                <w:bCs/>
                <w:color w:val="7C2D12"/>
                <w:sz w:val="20"/>
                <w:szCs w:val="20"/>
                <w:rtl/>
                <w:lang w:bidi="ar-MA"/>
              </w:rPr>
              <w:t>الاسم الكامل للمتعلم(ة)</w:t>
            </w:r>
          </w:p>
        </w:tc>
        <w:tc>
          <w:tcPr>
            <w:tcW w:w="1872" w:type="dxa"/>
            <w:shd w:val="clear" w:color="auto" w:fill="FEF3C7"/>
            <w:tcMar>
              <w:top w:w="32" w:type="dxa"/>
              <w:left w:w="45" w:type="dxa"/>
              <w:bottom w:w="32" w:type="dxa"/>
              <w:right w:w="45" w:type="dxa"/>
            </w:tcMar>
          </w:tcPr>
          <w:p w14:paraId="499CD838" w14:textId="77777777" w:rsidR="00CF2B02" w:rsidRPr="00C80434" w:rsidRDefault="00000000" w:rsidP="00C80434">
            <w:pPr>
              <w:keepNext/>
              <w:bidi/>
              <w:spacing w:after="0"/>
              <w:jc w:val="center"/>
              <w:rPr>
                <w:rFonts w:ascii="XM Vahid" w:hAnsi="XM Vahid" w:cs="XM Vahid" w:hint="cs"/>
              </w:rPr>
            </w:pPr>
            <w:r w:rsidRPr="00C80434">
              <w:rPr>
                <w:rFonts w:ascii="XM Vahid" w:hAnsi="XM Vahid" w:cs="XM Vahid" w:hint="cs"/>
                <w:b/>
                <w:bCs/>
                <w:color w:val="7C2D12"/>
                <w:sz w:val="20"/>
                <w:szCs w:val="20"/>
                <w:rtl/>
                <w:lang w:bidi="ar-MA"/>
              </w:rPr>
              <w:t>رمز مسار (Massar)</w:t>
            </w:r>
          </w:p>
        </w:tc>
        <w:tc>
          <w:tcPr>
            <w:tcW w:w="1757" w:type="dxa"/>
            <w:shd w:val="clear" w:color="auto" w:fill="FEF3C7"/>
            <w:tcMar>
              <w:top w:w="32" w:type="dxa"/>
              <w:left w:w="45" w:type="dxa"/>
              <w:bottom w:w="32" w:type="dxa"/>
              <w:right w:w="45" w:type="dxa"/>
            </w:tcMar>
          </w:tcPr>
          <w:p w14:paraId="211FB955" w14:textId="77777777" w:rsidR="00CF2B02" w:rsidRPr="00C80434" w:rsidRDefault="00000000" w:rsidP="00C80434">
            <w:pPr>
              <w:keepNext/>
              <w:bidi/>
              <w:spacing w:after="0"/>
              <w:jc w:val="center"/>
              <w:rPr>
                <w:rFonts w:ascii="XM Vahid" w:hAnsi="XM Vahid" w:cs="XM Vahid" w:hint="cs"/>
              </w:rPr>
            </w:pPr>
            <w:r w:rsidRPr="00C80434">
              <w:rPr>
                <w:rFonts w:ascii="XM Vahid" w:hAnsi="XM Vahid" w:cs="XM Vahid" w:hint="cs"/>
                <w:b/>
                <w:bCs/>
                <w:color w:val="7C2D12"/>
                <w:sz w:val="20"/>
                <w:szCs w:val="20"/>
                <w:rtl/>
                <w:lang w:bidi="ar-MA"/>
              </w:rPr>
              <w:t>المستوى الدراسي</w:t>
            </w:r>
          </w:p>
        </w:tc>
        <w:tc>
          <w:tcPr>
            <w:tcW w:w="1872" w:type="dxa"/>
            <w:shd w:val="clear" w:color="auto" w:fill="FEF3C7"/>
            <w:tcMar>
              <w:top w:w="32" w:type="dxa"/>
              <w:left w:w="45" w:type="dxa"/>
              <w:bottom w:w="32" w:type="dxa"/>
              <w:right w:w="45" w:type="dxa"/>
            </w:tcMar>
          </w:tcPr>
          <w:p w14:paraId="5915B550" w14:textId="77777777" w:rsidR="00CF2B02" w:rsidRPr="00C80434" w:rsidRDefault="00000000" w:rsidP="00C80434">
            <w:pPr>
              <w:keepNext/>
              <w:bidi/>
              <w:spacing w:after="0"/>
              <w:jc w:val="center"/>
              <w:rPr>
                <w:rFonts w:ascii="XM Vahid" w:hAnsi="XM Vahid" w:cs="XM Vahid" w:hint="cs"/>
              </w:rPr>
            </w:pPr>
            <w:r w:rsidRPr="00C80434">
              <w:rPr>
                <w:rFonts w:ascii="XM Vahid" w:hAnsi="XM Vahid" w:cs="XM Vahid" w:hint="cs"/>
                <w:b/>
                <w:bCs/>
                <w:color w:val="7C2D12"/>
                <w:sz w:val="20"/>
                <w:szCs w:val="20"/>
                <w:rtl/>
                <w:lang w:bidi="ar-MA"/>
              </w:rPr>
              <w:t>تاريخ الازدياد</w:t>
            </w:r>
          </w:p>
        </w:tc>
        <w:tc>
          <w:tcPr>
            <w:tcW w:w="1872" w:type="dxa"/>
            <w:shd w:val="clear" w:color="auto" w:fill="FEF3C7"/>
            <w:tcMar>
              <w:top w:w="32" w:type="dxa"/>
              <w:left w:w="45" w:type="dxa"/>
              <w:bottom w:w="32" w:type="dxa"/>
              <w:right w:w="45" w:type="dxa"/>
            </w:tcMar>
          </w:tcPr>
          <w:p w14:paraId="30D9AA2F" w14:textId="77777777" w:rsidR="00CF2B02" w:rsidRPr="00C80434" w:rsidRDefault="00000000" w:rsidP="00C80434">
            <w:pPr>
              <w:keepNext/>
              <w:bidi/>
              <w:spacing w:after="0"/>
              <w:jc w:val="center"/>
              <w:rPr>
                <w:rFonts w:ascii="XM Vahid" w:hAnsi="XM Vahid" w:cs="XM Vahid" w:hint="cs"/>
              </w:rPr>
            </w:pPr>
            <w:r w:rsidRPr="00C80434">
              <w:rPr>
                <w:rFonts w:ascii="XM Vahid" w:hAnsi="XM Vahid" w:cs="XM Vahid" w:hint="cs"/>
                <w:b/>
                <w:bCs/>
                <w:color w:val="7C2D12"/>
                <w:sz w:val="20"/>
                <w:szCs w:val="20"/>
                <w:rtl/>
                <w:lang w:bidi="ar-MA"/>
              </w:rPr>
              <w:t>مكان الازدياد</w:t>
            </w:r>
          </w:p>
        </w:tc>
      </w:tr>
      <w:tr w:rsidR="00CF2B02" w:rsidRPr="00C80434" w14:paraId="6D64075A" w14:textId="77777777">
        <w:trPr>
          <w:cantSplit/>
          <w:jc w:val="center"/>
        </w:trPr>
        <w:tc>
          <w:tcPr>
            <w:tcW w:w="2664" w:type="dxa"/>
            <w:tcMar>
              <w:top w:w="36" w:type="dxa"/>
              <w:left w:w="45" w:type="dxa"/>
              <w:bottom w:w="36" w:type="dxa"/>
              <w:right w:w="45" w:type="dxa"/>
            </w:tcMar>
          </w:tcPr>
          <w:p w14:paraId="49484991" w14:textId="77777777" w:rsidR="00CF2B02" w:rsidRPr="00C80434" w:rsidRDefault="00000000" w:rsidP="00C80434">
            <w:pPr>
              <w:bidi/>
              <w:spacing w:after="0"/>
              <w:jc w:val="center"/>
              <w:rPr>
                <w:rFonts w:ascii="XM Vahid" w:hAnsi="XM Vahid" w:cs="XM Vahid" w:hint="cs"/>
              </w:rPr>
            </w:pPr>
            <w:r w:rsidRPr="00C80434">
              <w:rPr>
                <w:rFonts w:ascii="XM Vahid" w:hAnsi="XM Vahid" w:cs="XM Vahid" w:hint="cs"/>
                <w:color w:val="475569"/>
                <w:sz w:val="20"/>
                <w:szCs w:val="20"/>
                <w:rtl/>
                <w:lang w:bidi="ar-MA"/>
              </w:rPr>
              <w:t>....................................</w:t>
            </w:r>
          </w:p>
        </w:tc>
        <w:tc>
          <w:tcPr>
            <w:tcW w:w="1872" w:type="dxa"/>
            <w:tcMar>
              <w:top w:w="36" w:type="dxa"/>
              <w:left w:w="45" w:type="dxa"/>
              <w:bottom w:w="36" w:type="dxa"/>
              <w:right w:w="45" w:type="dxa"/>
            </w:tcMar>
          </w:tcPr>
          <w:p w14:paraId="753B1C95" w14:textId="77777777" w:rsidR="00CF2B02" w:rsidRPr="00C80434" w:rsidRDefault="00000000" w:rsidP="00C80434">
            <w:pPr>
              <w:bidi/>
              <w:spacing w:after="0"/>
              <w:jc w:val="center"/>
              <w:rPr>
                <w:rFonts w:ascii="XM Vahid" w:hAnsi="XM Vahid" w:cs="XM Vahid" w:hint="cs"/>
              </w:rPr>
            </w:pPr>
            <w:r w:rsidRPr="00C80434">
              <w:rPr>
                <w:rFonts w:ascii="XM Vahid" w:hAnsi="XM Vahid" w:cs="XM Vahid" w:hint="cs"/>
                <w:color w:val="475569"/>
                <w:sz w:val="20"/>
                <w:szCs w:val="20"/>
                <w:rtl/>
                <w:lang w:bidi="ar-MA"/>
              </w:rPr>
              <w:t>......................</w:t>
            </w:r>
          </w:p>
        </w:tc>
        <w:tc>
          <w:tcPr>
            <w:tcW w:w="1757" w:type="dxa"/>
            <w:tcMar>
              <w:top w:w="36" w:type="dxa"/>
              <w:left w:w="45" w:type="dxa"/>
              <w:bottom w:w="36" w:type="dxa"/>
              <w:right w:w="45" w:type="dxa"/>
            </w:tcMar>
          </w:tcPr>
          <w:p w14:paraId="77C48952" w14:textId="77777777" w:rsidR="00CF2B02" w:rsidRPr="00C80434" w:rsidRDefault="00000000" w:rsidP="00C80434">
            <w:pPr>
              <w:bidi/>
              <w:spacing w:after="0"/>
              <w:jc w:val="center"/>
              <w:rPr>
                <w:rFonts w:ascii="XM Vahid" w:hAnsi="XM Vahid" w:cs="XM Vahid" w:hint="cs"/>
              </w:rPr>
            </w:pPr>
            <w:r w:rsidRPr="00C80434">
              <w:rPr>
                <w:rFonts w:ascii="XM Vahid" w:hAnsi="XM Vahid" w:cs="XM Vahid" w:hint="cs"/>
                <w:color w:val="475569"/>
                <w:sz w:val="20"/>
                <w:szCs w:val="20"/>
                <w:rtl/>
                <w:lang w:bidi="ar-MA"/>
              </w:rPr>
              <w:t>......................</w:t>
            </w:r>
          </w:p>
        </w:tc>
        <w:tc>
          <w:tcPr>
            <w:tcW w:w="1872" w:type="dxa"/>
            <w:tcMar>
              <w:top w:w="36" w:type="dxa"/>
              <w:left w:w="45" w:type="dxa"/>
              <w:bottom w:w="36" w:type="dxa"/>
              <w:right w:w="45" w:type="dxa"/>
            </w:tcMar>
          </w:tcPr>
          <w:p w14:paraId="49D4FF1B" w14:textId="77777777" w:rsidR="00CF2B02" w:rsidRPr="00C80434" w:rsidRDefault="00000000" w:rsidP="00C80434">
            <w:pPr>
              <w:bidi/>
              <w:spacing w:after="0"/>
              <w:jc w:val="center"/>
              <w:rPr>
                <w:rFonts w:ascii="XM Vahid" w:hAnsi="XM Vahid" w:cs="XM Vahid" w:hint="cs"/>
              </w:rPr>
            </w:pPr>
            <w:r w:rsidRPr="00C80434">
              <w:rPr>
                <w:rFonts w:ascii="XM Vahid" w:hAnsi="XM Vahid" w:cs="XM Vahid" w:hint="cs"/>
                <w:color w:val="475569"/>
                <w:sz w:val="20"/>
                <w:szCs w:val="20"/>
                <w:rtl/>
                <w:lang w:bidi="ar-MA"/>
              </w:rPr>
              <w:t>.... / .... / 20....</w:t>
            </w:r>
          </w:p>
        </w:tc>
        <w:tc>
          <w:tcPr>
            <w:tcW w:w="1872" w:type="dxa"/>
            <w:tcMar>
              <w:top w:w="36" w:type="dxa"/>
              <w:left w:w="45" w:type="dxa"/>
              <w:bottom w:w="36" w:type="dxa"/>
              <w:right w:w="45" w:type="dxa"/>
            </w:tcMar>
          </w:tcPr>
          <w:p w14:paraId="0B4B9371" w14:textId="77777777" w:rsidR="00CF2B02" w:rsidRPr="00C80434" w:rsidRDefault="00000000" w:rsidP="00C80434">
            <w:pPr>
              <w:bidi/>
              <w:spacing w:after="0"/>
              <w:jc w:val="center"/>
              <w:rPr>
                <w:rFonts w:ascii="XM Vahid" w:hAnsi="XM Vahid" w:cs="XM Vahid" w:hint="cs"/>
              </w:rPr>
            </w:pPr>
            <w:r w:rsidRPr="00C80434">
              <w:rPr>
                <w:rFonts w:ascii="XM Vahid" w:hAnsi="XM Vahid" w:cs="XM Vahid" w:hint="cs"/>
                <w:color w:val="475569"/>
                <w:sz w:val="20"/>
                <w:szCs w:val="20"/>
                <w:rtl/>
                <w:lang w:bidi="ar-MA"/>
              </w:rPr>
              <w:t>..............................</w:t>
            </w:r>
          </w:p>
        </w:tc>
      </w:tr>
    </w:tbl>
    <w:p w14:paraId="317AF577" w14:textId="77777777" w:rsidR="00CF2B02" w:rsidRPr="00C80434" w:rsidRDefault="00000000" w:rsidP="00C80434">
      <w:pPr>
        <w:keepNext/>
        <w:pBdr>
          <w:bottom w:val="single" w:sz="10" w:space="2" w:color="B45309"/>
        </w:pBdr>
        <w:bidi/>
        <w:spacing w:before="130" w:after="50"/>
        <w:rPr>
          <w:rFonts w:ascii="XM Vahid" w:hAnsi="XM Vahid" w:cs="XM Vahid" w:hint="cs"/>
        </w:rPr>
      </w:pPr>
      <w:r w:rsidRPr="00C80434">
        <w:rPr>
          <w:rFonts w:ascii="XM Vahid" w:hAnsi="XM Vahid" w:cs="XM Vahid" w:hint="cs"/>
          <w:b/>
          <w:bCs/>
          <w:color w:val="7C2D12"/>
          <w:sz w:val="26"/>
          <w:szCs w:val="26"/>
          <w:rtl/>
          <w:lang w:bidi="ar-MA"/>
        </w:rPr>
        <w:t>4. خلاصة التشخيص القبلي (نتائج رائز الموضعة الأولي)</w:t>
      </w:r>
    </w:p>
    <w:tbl>
      <w:tblPr>
        <w:bidiVisual/>
        <w:tblW w:w="0" w:type="auto"/>
        <w:jc w:val="center"/>
        <w:tblBorders>
          <w:top w:val="single" w:sz="6" w:space="0" w:color="D6C7B2"/>
          <w:left w:val="single" w:sz="6" w:space="0" w:color="D6C7B2"/>
          <w:bottom w:val="single" w:sz="6" w:space="0" w:color="D6C7B2"/>
          <w:right w:val="single" w:sz="6" w:space="0" w:color="D6C7B2"/>
          <w:insideH w:val="single" w:sz="6" w:space="0" w:color="D6C7B2"/>
          <w:insideV w:val="single" w:sz="6" w:space="0" w:color="D6C7B2"/>
        </w:tblBorders>
        <w:tblLayout w:type="fixed"/>
        <w:tblLook w:val="04A0" w:firstRow="1" w:lastRow="0" w:firstColumn="1" w:lastColumn="0" w:noHBand="0" w:noVBand="1"/>
      </w:tblPr>
      <w:tblGrid>
        <w:gridCol w:w="2405"/>
        <w:gridCol w:w="2534"/>
        <w:gridCol w:w="2549"/>
        <w:gridCol w:w="2549"/>
      </w:tblGrid>
      <w:tr w:rsidR="00CF2B02" w:rsidRPr="00C80434" w14:paraId="3EC29944" w14:textId="77777777">
        <w:trPr>
          <w:cantSplit/>
          <w:jc w:val="center"/>
        </w:trPr>
        <w:tc>
          <w:tcPr>
            <w:tcW w:w="2405" w:type="dxa"/>
            <w:shd w:val="clear" w:color="auto" w:fill="FEF3C7"/>
            <w:tcMar>
              <w:top w:w="32" w:type="dxa"/>
              <w:left w:w="55" w:type="dxa"/>
              <w:bottom w:w="32" w:type="dxa"/>
              <w:right w:w="55" w:type="dxa"/>
            </w:tcMar>
          </w:tcPr>
          <w:p w14:paraId="5527B41D" w14:textId="77777777" w:rsidR="00CF2B02" w:rsidRPr="00C80434" w:rsidRDefault="00000000" w:rsidP="00C80434">
            <w:pPr>
              <w:keepNext/>
              <w:bidi/>
              <w:spacing w:after="0"/>
              <w:jc w:val="center"/>
              <w:rPr>
                <w:rFonts w:ascii="XM Vahid" w:hAnsi="XM Vahid" w:cs="XM Vahid" w:hint="cs"/>
              </w:rPr>
            </w:pPr>
            <w:r w:rsidRPr="00C80434">
              <w:rPr>
                <w:rFonts w:ascii="XM Vahid" w:hAnsi="XM Vahid" w:cs="XM Vahid" w:hint="cs"/>
                <w:b/>
                <w:bCs/>
                <w:color w:val="7C2D12"/>
                <w:sz w:val="20"/>
                <w:szCs w:val="20"/>
                <w:rtl/>
                <w:lang w:bidi="ar-MA"/>
              </w:rPr>
              <w:t>المادة الدراسية</w:t>
            </w:r>
          </w:p>
        </w:tc>
        <w:tc>
          <w:tcPr>
            <w:tcW w:w="2534" w:type="dxa"/>
            <w:shd w:val="clear" w:color="auto" w:fill="FEF3C7"/>
            <w:tcMar>
              <w:top w:w="32" w:type="dxa"/>
              <w:left w:w="55" w:type="dxa"/>
              <w:bottom w:w="32" w:type="dxa"/>
              <w:right w:w="55" w:type="dxa"/>
            </w:tcMar>
          </w:tcPr>
          <w:p w14:paraId="6F35AD3A" w14:textId="77777777" w:rsidR="00CF2B02" w:rsidRPr="00C80434" w:rsidRDefault="00000000" w:rsidP="00C80434">
            <w:pPr>
              <w:keepNext/>
              <w:bidi/>
              <w:spacing w:after="0"/>
              <w:jc w:val="center"/>
              <w:rPr>
                <w:rFonts w:ascii="XM Vahid" w:hAnsi="XM Vahid" w:cs="XM Vahid" w:hint="cs"/>
              </w:rPr>
            </w:pPr>
            <w:r w:rsidRPr="00C80434">
              <w:rPr>
                <w:rFonts w:ascii="XM Vahid" w:hAnsi="XM Vahid" w:cs="XM Vahid" w:hint="cs"/>
                <w:b/>
                <w:bCs/>
                <w:color w:val="7C2D12"/>
                <w:sz w:val="20"/>
                <w:szCs w:val="20"/>
                <w:rtl/>
                <w:lang w:bidi="ar-MA"/>
              </w:rPr>
              <w:t>اللغة العربية</w:t>
            </w:r>
          </w:p>
        </w:tc>
        <w:tc>
          <w:tcPr>
            <w:tcW w:w="2549" w:type="dxa"/>
            <w:shd w:val="clear" w:color="auto" w:fill="FEF3C7"/>
            <w:tcMar>
              <w:top w:w="32" w:type="dxa"/>
              <w:left w:w="55" w:type="dxa"/>
              <w:bottom w:w="32" w:type="dxa"/>
              <w:right w:w="55" w:type="dxa"/>
            </w:tcMar>
          </w:tcPr>
          <w:p w14:paraId="79436B19" w14:textId="77777777" w:rsidR="00CF2B02" w:rsidRPr="00C80434" w:rsidRDefault="00000000" w:rsidP="00C80434">
            <w:pPr>
              <w:keepNext/>
              <w:bidi/>
              <w:spacing w:after="0"/>
              <w:jc w:val="center"/>
              <w:rPr>
                <w:rFonts w:ascii="XM Vahid" w:hAnsi="XM Vahid" w:cs="XM Vahid" w:hint="cs"/>
              </w:rPr>
            </w:pPr>
            <w:r w:rsidRPr="00C80434">
              <w:rPr>
                <w:rFonts w:ascii="XM Vahid" w:hAnsi="XM Vahid" w:cs="XM Vahid" w:hint="cs"/>
                <w:b/>
                <w:bCs/>
                <w:color w:val="7C2D12"/>
                <w:sz w:val="20"/>
                <w:szCs w:val="20"/>
                <w:rtl/>
                <w:lang w:bidi="ar-MA"/>
              </w:rPr>
              <w:t>اللغة الفرنسية</w:t>
            </w:r>
          </w:p>
        </w:tc>
        <w:tc>
          <w:tcPr>
            <w:tcW w:w="2549" w:type="dxa"/>
            <w:shd w:val="clear" w:color="auto" w:fill="FEF3C7"/>
            <w:tcMar>
              <w:top w:w="32" w:type="dxa"/>
              <w:left w:w="55" w:type="dxa"/>
              <w:bottom w:w="32" w:type="dxa"/>
              <w:right w:w="55" w:type="dxa"/>
            </w:tcMar>
          </w:tcPr>
          <w:p w14:paraId="2A70A6FA" w14:textId="77777777" w:rsidR="00CF2B02" w:rsidRPr="00C80434" w:rsidRDefault="00000000" w:rsidP="00C80434">
            <w:pPr>
              <w:keepNext/>
              <w:bidi/>
              <w:spacing w:after="0"/>
              <w:jc w:val="center"/>
              <w:rPr>
                <w:rFonts w:ascii="XM Vahid" w:hAnsi="XM Vahid" w:cs="XM Vahid" w:hint="cs"/>
              </w:rPr>
            </w:pPr>
            <w:r w:rsidRPr="00C80434">
              <w:rPr>
                <w:rFonts w:ascii="XM Vahid" w:hAnsi="XM Vahid" w:cs="XM Vahid" w:hint="cs"/>
                <w:b/>
                <w:bCs/>
                <w:color w:val="7C2D12"/>
                <w:sz w:val="20"/>
                <w:szCs w:val="20"/>
                <w:rtl/>
                <w:lang w:bidi="ar-MA"/>
              </w:rPr>
              <w:t>الرياضيات</w:t>
            </w:r>
          </w:p>
        </w:tc>
      </w:tr>
      <w:tr w:rsidR="00CF2B02" w:rsidRPr="00C80434" w14:paraId="47282233" w14:textId="77777777">
        <w:trPr>
          <w:cantSplit/>
          <w:jc w:val="center"/>
        </w:trPr>
        <w:tc>
          <w:tcPr>
            <w:tcW w:w="2405" w:type="dxa"/>
            <w:shd w:val="clear" w:color="auto" w:fill="FFFBEB"/>
            <w:tcMar>
              <w:top w:w="32" w:type="dxa"/>
              <w:left w:w="55" w:type="dxa"/>
              <w:bottom w:w="32" w:type="dxa"/>
              <w:right w:w="55" w:type="dxa"/>
            </w:tcMar>
          </w:tcPr>
          <w:p w14:paraId="4A7E9461" w14:textId="3DEB5BC8" w:rsidR="00CF2B02" w:rsidRPr="00C80434" w:rsidRDefault="00000000" w:rsidP="00C80434">
            <w:pPr>
              <w:keepNext/>
              <w:bidi/>
              <w:spacing w:after="0"/>
              <w:jc w:val="center"/>
              <w:rPr>
                <w:rFonts w:ascii="XM Vahid" w:hAnsi="XM Vahid" w:cs="XM Vahid" w:hint="cs"/>
              </w:rPr>
            </w:pPr>
            <w:r w:rsidRPr="00C80434">
              <w:rPr>
                <w:rFonts w:ascii="XM Vahid" w:hAnsi="XM Vahid" w:cs="XM Vahid" w:hint="cs"/>
                <w:b/>
                <w:bCs/>
                <w:color w:val="7C2D12"/>
                <w:sz w:val="20"/>
                <w:szCs w:val="20"/>
                <w:rtl/>
                <w:lang w:bidi="ar-MA"/>
              </w:rPr>
              <w:t xml:space="preserve">لبنة التموضع </w:t>
            </w:r>
          </w:p>
        </w:tc>
        <w:tc>
          <w:tcPr>
            <w:tcW w:w="2534" w:type="dxa"/>
            <w:tcMar>
              <w:top w:w="32" w:type="dxa"/>
              <w:left w:w="55" w:type="dxa"/>
              <w:bottom w:w="32" w:type="dxa"/>
              <w:right w:w="55" w:type="dxa"/>
            </w:tcMar>
          </w:tcPr>
          <w:p w14:paraId="750F1C6F" w14:textId="77777777" w:rsidR="00CF2B02" w:rsidRPr="00C80434" w:rsidRDefault="00000000" w:rsidP="00C80434">
            <w:pPr>
              <w:keepNext/>
              <w:bidi/>
              <w:spacing w:after="0"/>
              <w:jc w:val="center"/>
              <w:rPr>
                <w:rFonts w:ascii="XM Vahid" w:hAnsi="XM Vahid" w:cs="XM Vahid" w:hint="cs"/>
              </w:rPr>
            </w:pPr>
            <w:r w:rsidRPr="00C80434">
              <w:rPr>
                <w:rFonts w:ascii="XM Vahid" w:hAnsi="XM Vahid" w:cs="XM Vahid" w:hint="cs"/>
                <w:color w:val="475569"/>
                <w:sz w:val="20"/>
                <w:szCs w:val="20"/>
                <w:rtl/>
                <w:lang w:bidi="ar-MA"/>
              </w:rPr>
              <w:t>................................</w:t>
            </w:r>
          </w:p>
        </w:tc>
        <w:tc>
          <w:tcPr>
            <w:tcW w:w="2549" w:type="dxa"/>
            <w:tcMar>
              <w:top w:w="32" w:type="dxa"/>
              <w:left w:w="55" w:type="dxa"/>
              <w:bottom w:w="32" w:type="dxa"/>
              <w:right w:w="55" w:type="dxa"/>
            </w:tcMar>
          </w:tcPr>
          <w:p w14:paraId="5FC2CE4D" w14:textId="77777777" w:rsidR="00CF2B02" w:rsidRPr="00C80434" w:rsidRDefault="00000000" w:rsidP="00C80434">
            <w:pPr>
              <w:keepNext/>
              <w:bidi/>
              <w:spacing w:after="0"/>
              <w:jc w:val="center"/>
              <w:rPr>
                <w:rFonts w:ascii="XM Vahid" w:hAnsi="XM Vahid" w:cs="XM Vahid" w:hint="cs"/>
              </w:rPr>
            </w:pPr>
            <w:r w:rsidRPr="00C80434">
              <w:rPr>
                <w:rFonts w:ascii="XM Vahid" w:hAnsi="XM Vahid" w:cs="XM Vahid" w:hint="cs"/>
                <w:color w:val="475569"/>
                <w:sz w:val="20"/>
                <w:szCs w:val="20"/>
                <w:rtl/>
                <w:lang w:bidi="ar-MA"/>
              </w:rPr>
              <w:t>................................</w:t>
            </w:r>
          </w:p>
        </w:tc>
        <w:tc>
          <w:tcPr>
            <w:tcW w:w="2549" w:type="dxa"/>
            <w:tcMar>
              <w:top w:w="32" w:type="dxa"/>
              <w:left w:w="55" w:type="dxa"/>
              <w:bottom w:w="32" w:type="dxa"/>
              <w:right w:w="55" w:type="dxa"/>
            </w:tcMar>
          </w:tcPr>
          <w:p w14:paraId="4F71431A" w14:textId="77777777" w:rsidR="00CF2B02" w:rsidRPr="00C80434" w:rsidRDefault="00000000" w:rsidP="00C80434">
            <w:pPr>
              <w:keepNext/>
              <w:bidi/>
              <w:spacing w:after="0"/>
              <w:jc w:val="center"/>
              <w:rPr>
                <w:rFonts w:ascii="XM Vahid" w:hAnsi="XM Vahid" w:cs="XM Vahid" w:hint="cs"/>
              </w:rPr>
            </w:pPr>
            <w:r w:rsidRPr="00C80434">
              <w:rPr>
                <w:rFonts w:ascii="XM Vahid" w:hAnsi="XM Vahid" w:cs="XM Vahid" w:hint="cs"/>
                <w:color w:val="475569"/>
                <w:sz w:val="20"/>
                <w:szCs w:val="20"/>
                <w:rtl/>
                <w:lang w:bidi="ar-MA"/>
              </w:rPr>
              <w:t>................................</w:t>
            </w:r>
          </w:p>
        </w:tc>
      </w:tr>
      <w:tr w:rsidR="00CF2B02" w:rsidRPr="00C80434" w14:paraId="53F7C0B6" w14:textId="77777777">
        <w:trPr>
          <w:cantSplit/>
          <w:jc w:val="center"/>
        </w:trPr>
        <w:tc>
          <w:tcPr>
            <w:tcW w:w="2405" w:type="dxa"/>
            <w:shd w:val="clear" w:color="auto" w:fill="FFFBEB"/>
            <w:tcMar>
              <w:top w:w="32" w:type="dxa"/>
              <w:left w:w="55" w:type="dxa"/>
              <w:bottom w:w="32" w:type="dxa"/>
              <w:right w:w="55" w:type="dxa"/>
            </w:tcMar>
          </w:tcPr>
          <w:p w14:paraId="69B4CBA0" w14:textId="092CF01C" w:rsidR="00CF2B02" w:rsidRPr="00C80434" w:rsidRDefault="00000000" w:rsidP="00C80434">
            <w:pPr>
              <w:bidi/>
              <w:spacing w:after="0"/>
              <w:jc w:val="center"/>
              <w:rPr>
                <w:rFonts w:ascii="XM Vahid" w:hAnsi="XM Vahid" w:cs="XM Vahid" w:hint="cs"/>
              </w:rPr>
            </w:pPr>
            <w:r w:rsidRPr="00C80434">
              <w:rPr>
                <w:rFonts w:ascii="XM Vahid" w:hAnsi="XM Vahid" w:cs="XM Vahid" w:hint="cs"/>
                <w:b/>
                <w:bCs/>
                <w:color w:val="7C2D12"/>
                <w:sz w:val="20"/>
                <w:szCs w:val="20"/>
                <w:rtl/>
                <w:lang w:bidi="ar-MA"/>
              </w:rPr>
              <w:t xml:space="preserve">المسار </w:t>
            </w:r>
          </w:p>
        </w:tc>
        <w:tc>
          <w:tcPr>
            <w:tcW w:w="2534" w:type="dxa"/>
            <w:tcMar>
              <w:top w:w="32" w:type="dxa"/>
              <w:left w:w="55" w:type="dxa"/>
              <w:bottom w:w="32" w:type="dxa"/>
              <w:right w:w="55" w:type="dxa"/>
            </w:tcMar>
          </w:tcPr>
          <w:p w14:paraId="57F4B5CE" w14:textId="77777777" w:rsidR="00CF2B02" w:rsidRPr="00C80434" w:rsidRDefault="00000000" w:rsidP="00C80434">
            <w:pPr>
              <w:bidi/>
              <w:spacing w:after="0"/>
              <w:jc w:val="center"/>
              <w:rPr>
                <w:rFonts w:ascii="XM Vahid" w:hAnsi="XM Vahid" w:cs="XM Vahid" w:hint="cs"/>
              </w:rPr>
            </w:pPr>
            <w:r w:rsidRPr="00C80434">
              <w:rPr>
                <w:rFonts w:ascii="XM Vahid" w:hAnsi="XM Vahid" w:cs="XM Vahid" w:hint="cs"/>
                <w:color w:val="475569"/>
                <w:sz w:val="20"/>
                <w:szCs w:val="20"/>
                <w:rtl/>
                <w:lang w:bidi="ar-MA"/>
              </w:rPr>
              <w:t>................................</w:t>
            </w:r>
          </w:p>
        </w:tc>
        <w:tc>
          <w:tcPr>
            <w:tcW w:w="2549" w:type="dxa"/>
            <w:tcMar>
              <w:top w:w="32" w:type="dxa"/>
              <w:left w:w="55" w:type="dxa"/>
              <w:bottom w:w="32" w:type="dxa"/>
              <w:right w:w="55" w:type="dxa"/>
            </w:tcMar>
          </w:tcPr>
          <w:p w14:paraId="61EF8344" w14:textId="77777777" w:rsidR="00CF2B02" w:rsidRPr="00C80434" w:rsidRDefault="00000000" w:rsidP="00C80434">
            <w:pPr>
              <w:bidi/>
              <w:spacing w:after="0"/>
              <w:jc w:val="center"/>
              <w:rPr>
                <w:rFonts w:ascii="XM Vahid" w:hAnsi="XM Vahid" w:cs="XM Vahid" w:hint="cs"/>
              </w:rPr>
            </w:pPr>
            <w:r w:rsidRPr="00C80434">
              <w:rPr>
                <w:rFonts w:ascii="XM Vahid" w:hAnsi="XM Vahid" w:cs="XM Vahid" w:hint="cs"/>
                <w:color w:val="475569"/>
                <w:sz w:val="20"/>
                <w:szCs w:val="20"/>
                <w:rtl/>
                <w:lang w:bidi="ar-MA"/>
              </w:rPr>
              <w:t>................................</w:t>
            </w:r>
          </w:p>
        </w:tc>
        <w:tc>
          <w:tcPr>
            <w:tcW w:w="2549" w:type="dxa"/>
            <w:tcMar>
              <w:top w:w="32" w:type="dxa"/>
              <w:left w:w="55" w:type="dxa"/>
              <w:bottom w:w="32" w:type="dxa"/>
              <w:right w:w="55" w:type="dxa"/>
            </w:tcMar>
          </w:tcPr>
          <w:p w14:paraId="3C8BA2F7" w14:textId="77777777" w:rsidR="00CF2B02" w:rsidRPr="00C80434" w:rsidRDefault="00000000" w:rsidP="00C80434">
            <w:pPr>
              <w:bidi/>
              <w:spacing w:after="0"/>
              <w:jc w:val="center"/>
              <w:rPr>
                <w:rFonts w:ascii="XM Vahid" w:hAnsi="XM Vahid" w:cs="XM Vahid" w:hint="cs"/>
              </w:rPr>
            </w:pPr>
            <w:r w:rsidRPr="00C80434">
              <w:rPr>
                <w:rFonts w:ascii="XM Vahid" w:hAnsi="XM Vahid" w:cs="XM Vahid" w:hint="cs"/>
                <w:color w:val="475569"/>
                <w:sz w:val="20"/>
                <w:szCs w:val="20"/>
                <w:rtl/>
                <w:lang w:bidi="ar-MA"/>
              </w:rPr>
              <w:t>................................</w:t>
            </w:r>
          </w:p>
        </w:tc>
      </w:tr>
    </w:tbl>
    <w:p w14:paraId="62A8DDEE" w14:textId="77777777" w:rsidR="00CF2B02" w:rsidRPr="00C80434" w:rsidRDefault="00000000" w:rsidP="00C80434">
      <w:pPr>
        <w:keepNext/>
        <w:pBdr>
          <w:bottom w:val="single" w:sz="10" w:space="2" w:color="B45309"/>
        </w:pBdr>
        <w:bidi/>
        <w:spacing w:before="130" w:after="50"/>
        <w:rPr>
          <w:rFonts w:ascii="XM Vahid" w:hAnsi="XM Vahid" w:cs="XM Vahid" w:hint="cs"/>
        </w:rPr>
      </w:pPr>
      <w:r w:rsidRPr="00C80434">
        <w:rPr>
          <w:rFonts w:ascii="XM Vahid" w:hAnsi="XM Vahid" w:cs="XM Vahid" w:hint="cs"/>
          <w:b/>
          <w:bCs/>
          <w:color w:val="7C2D12"/>
          <w:sz w:val="26"/>
          <w:szCs w:val="26"/>
          <w:rtl/>
          <w:lang w:bidi="ar-MA"/>
        </w:rPr>
        <w:t>5. تشخيص الحالة وتحديد الهدف البيداغوجي</w:t>
      </w:r>
    </w:p>
    <w:p w14:paraId="0356EF2C" w14:textId="77777777" w:rsidR="00CF2B02" w:rsidRPr="00C80434" w:rsidRDefault="00000000" w:rsidP="00C80434">
      <w:pPr>
        <w:bidi/>
        <w:spacing w:after="40"/>
        <w:rPr>
          <w:rFonts w:ascii="XM Vahid" w:hAnsi="XM Vahid" w:cs="XM Vahid" w:hint="cs"/>
        </w:rPr>
      </w:pPr>
      <w:r w:rsidRPr="00C80434">
        <w:rPr>
          <w:rFonts w:ascii="XM Vahid" w:hAnsi="XM Vahid" w:cs="XM Vahid" w:hint="cs"/>
          <w:b/>
          <w:bCs/>
          <w:color w:val="7C2D12"/>
          <w:rtl/>
          <w:lang w:bidi="ar-MA"/>
        </w:rPr>
        <w:t xml:space="preserve">توصيف التعثرات المرصودة: </w:t>
      </w:r>
      <w:r w:rsidRPr="00C80434">
        <w:rPr>
          <w:rFonts w:ascii="XM Vahid" w:hAnsi="XM Vahid" w:cs="XM Vahid" w:hint="cs"/>
          <w:rtl/>
          <w:lang w:bidi="ar-MA"/>
        </w:rPr>
        <w:t>في ضوء النتائج المفرزة عن رائز الموضعة القبلي، تبيّن أن المتعلم(ة) ................................... يستطيع(تستطيع) تهجئة وقراءة بعض الكلمات المعزولة والجمل القصيرة بشيء من التردد، غير أنه(ها) يلاقي(تلاقي) صعوبات ملحوظة على مستوى:</w:t>
      </w:r>
    </w:p>
    <w:p w14:paraId="39221A31" w14:textId="77777777" w:rsidR="00CF2B02" w:rsidRPr="00C80434" w:rsidRDefault="00000000" w:rsidP="00C80434">
      <w:pPr>
        <w:bidi/>
        <w:spacing w:after="28"/>
        <w:ind w:left="160"/>
        <w:rPr>
          <w:rFonts w:ascii="XM Vahid" w:hAnsi="XM Vahid" w:cs="XM Vahid" w:hint="cs"/>
        </w:rPr>
      </w:pPr>
      <w:r w:rsidRPr="00C80434">
        <w:rPr>
          <w:rFonts w:ascii="XM Vahid" w:hAnsi="XM Vahid" w:cs="XM Vahid" w:hint="cs"/>
          <w:b/>
          <w:bCs/>
          <w:color w:val="B45309"/>
          <w:rtl/>
          <w:lang w:bidi="ar-MA"/>
        </w:rPr>
        <w:t xml:space="preserve">• </w:t>
      </w:r>
      <w:r w:rsidRPr="00C80434">
        <w:rPr>
          <w:rFonts w:ascii="XM Vahid" w:hAnsi="XM Vahid" w:cs="XM Vahid" w:hint="cs"/>
          <w:rtl/>
          <w:lang w:bidi="ar-MA"/>
        </w:rPr>
        <w:t>قراءة نص قصير أو فقرة متكاملة بطلاقة وسلاسة.</w:t>
      </w:r>
    </w:p>
    <w:p w14:paraId="6C538DE9" w14:textId="77777777" w:rsidR="00CF2B02" w:rsidRPr="00C80434" w:rsidRDefault="00000000" w:rsidP="00C80434">
      <w:pPr>
        <w:bidi/>
        <w:spacing w:after="28"/>
        <w:ind w:left="160"/>
        <w:rPr>
          <w:rFonts w:ascii="XM Vahid" w:hAnsi="XM Vahid" w:cs="XM Vahid" w:hint="cs"/>
        </w:rPr>
      </w:pPr>
      <w:r w:rsidRPr="00C80434">
        <w:rPr>
          <w:rFonts w:ascii="XM Vahid" w:hAnsi="XM Vahid" w:cs="XM Vahid" w:hint="cs"/>
          <w:b/>
          <w:bCs/>
          <w:color w:val="B45309"/>
          <w:rtl/>
          <w:lang w:bidi="ar-MA"/>
        </w:rPr>
        <w:t xml:space="preserve">• </w:t>
      </w:r>
      <w:r w:rsidRPr="00C80434">
        <w:rPr>
          <w:rFonts w:ascii="XM Vahid" w:hAnsi="XM Vahid" w:cs="XM Vahid" w:hint="cs"/>
          <w:rtl/>
          <w:lang w:bidi="ar-MA"/>
        </w:rPr>
        <w:t>استيعاب المقروء والإجابة بدقة عن أسئلة الفهم المباشرة.</w:t>
      </w:r>
    </w:p>
    <w:p w14:paraId="5C7801C1" w14:textId="77777777" w:rsidR="00CF2B02" w:rsidRPr="00C80434" w:rsidRDefault="00000000" w:rsidP="00C80434">
      <w:pPr>
        <w:bidi/>
        <w:spacing w:after="28"/>
        <w:ind w:left="160"/>
        <w:rPr>
          <w:rFonts w:ascii="XM Vahid" w:hAnsi="XM Vahid" w:cs="XM Vahid" w:hint="cs"/>
        </w:rPr>
      </w:pPr>
      <w:r w:rsidRPr="00C80434">
        <w:rPr>
          <w:rFonts w:ascii="XM Vahid" w:hAnsi="XM Vahid" w:cs="XM Vahid" w:hint="cs"/>
          <w:b/>
          <w:bCs/>
          <w:color w:val="B45309"/>
          <w:rtl/>
          <w:lang w:bidi="ar-MA"/>
        </w:rPr>
        <w:t xml:space="preserve">• </w:t>
      </w:r>
      <w:r w:rsidRPr="00C80434">
        <w:rPr>
          <w:rFonts w:ascii="XM Vahid" w:hAnsi="XM Vahid" w:cs="XM Vahid" w:hint="cs"/>
          <w:rtl/>
          <w:lang w:bidi="ar-MA"/>
        </w:rPr>
        <w:t>رسم الكلمات رسماً إملائياً سليماً خالياً من الأخطاء.</w:t>
      </w:r>
    </w:p>
    <w:p w14:paraId="02E8285A" w14:textId="77777777" w:rsidR="00CF2B02" w:rsidRPr="00C80434" w:rsidRDefault="00000000" w:rsidP="00C80434">
      <w:pPr>
        <w:bidi/>
        <w:spacing w:after="28"/>
        <w:ind w:left="160"/>
        <w:rPr>
          <w:rFonts w:ascii="XM Vahid" w:hAnsi="XM Vahid" w:cs="XM Vahid" w:hint="cs"/>
        </w:rPr>
      </w:pPr>
      <w:r w:rsidRPr="00C80434">
        <w:rPr>
          <w:rFonts w:ascii="XM Vahid" w:hAnsi="XM Vahid" w:cs="XM Vahid" w:hint="cs"/>
          <w:b/>
          <w:bCs/>
          <w:color w:val="B45309"/>
          <w:rtl/>
          <w:lang w:bidi="ar-MA"/>
        </w:rPr>
        <w:t xml:space="preserve">• </w:t>
      </w:r>
      <w:r w:rsidRPr="00C80434">
        <w:rPr>
          <w:rFonts w:ascii="XM Vahid" w:hAnsi="XM Vahid" w:cs="XM Vahid" w:hint="cs"/>
          <w:rtl/>
          <w:lang w:bidi="ar-MA"/>
        </w:rPr>
        <w:t>صياغة جمل مكتوبة مترابطة وذات معنى تام.</w:t>
      </w:r>
    </w:p>
    <w:p w14:paraId="1F60B301" w14:textId="77777777" w:rsidR="00CF2B02" w:rsidRPr="00C80434" w:rsidRDefault="00000000" w:rsidP="00C80434">
      <w:pPr>
        <w:bidi/>
        <w:spacing w:after="60"/>
        <w:jc w:val="both"/>
        <w:rPr>
          <w:rFonts w:ascii="XM Vahid" w:hAnsi="XM Vahid" w:cs="XM Vahid" w:hint="cs"/>
        </w:rPr>
      </w:pPr>
      <w:r w:rsidRPr="00C80434">
        <w:rPr>
          <w:rFonts w:ascii="XM Vahid" w:hAnsi="XM Vahid" w:cs="XM Vahid" w:hint="cs"/>
          <w:b/>
          <w:bCs/>
          <w:color w:val="7C2D12"/>
          <w:rtl/>
          <w:lang w:bidi="ar-MA"/>
        </w:rPr>
        <w:t xml:space="preserve">الهدف البيداغوجي المنشود: </w:t>
      </w:r>
      <w:r w:rsidRPr="00C80434">
        <w:rPr>
          <w:rFonts w:ascii="XM Vahid" w:hAnsi="XM Vahid" w:cs="XM Vahid" w:hint="cs"/>
          <w:rtl/>
          <w:lang w:bidi="ar-MA"/>
        </w:rPr>
        <w:t>تجاوز الاختلالات المرصودة في مجالات الطلاقة القرائية والفهم والإملاء، ومواكبة المتعلم(ة) لتطوير كفاياته(ها) اللغوية قراءةً وكتابةً بما يؤهله(ها) لمسايرة التعلمات الصفية بنجاح واستقلالية.</w:t>
      </w:r>
    </w:p>
    <w:p w14:paraId="5BBFEA95" w14:textId="77777777" w:rsidR="00CF2B02" w:rsidRPr="00C80434" w:rsidRDefault="00000000" w:rsidP="00C80434">
      <w:pPr>
        <w:keepNext/>
        <w:pBdr>
          <w:bottom w:val="single" w:sz="10" w:space="2" w:color="B45309"/>
        </w:pBdr>
        <w:bidi/>
        <w:spacing w:before="130" w:after="50"/>
        <w:rPr>
          <w:rFonts w:ascii="XM Vahid" w:hAnsi="XM Vahid" w:cs="XM Vahid" w:hint="cs"/>
        </w:rPr>
      </w:pPr>
      <w:r w:rsidRPr="00C80434">
        <w:rPr>
          <w:rFonts w:ascii="XM Vahid" w:hAnsi="XM Vahid" w:cs="XM Vahid" w:hint="cs"/>
          <w:b/>
          <w:bCs/>
          <w:color w:val="7C2D12"/>
          <w:sz w:val="26"/>
          <w:szCs w:val="26"/>
          <w:rtl/>
          <w:lang w:bidi="ar-MA"/>
        </w:rPr>
        <w:lastRenderedPageBreak/>
        <w:t>6. برمجة مسار الدعم والتدرج عبر اللبنات التعليمية</w:t>
      </w:r>
    </w:p>
    <w:p w14:paraId="6C972FF7" w14:textId="6706F29E" w:rsidR="00CF2B02" w:rsidRPr="00C80434" w:rsidRDefault="00000000" w:rsidP="00C80434">
      <w:pPr>
        <w:keepNext/>
        <w:bidi/>
        <w:spacing w:after="50"/>
        <w:rPr>
          <w:rFonts w:ascii="XM Vahid" w:hAnsi="XM Vahid" w:cs="XM Vahid" w:hint="cs"/>
        </w:rPr>
      </w:pPr>
      <w:r w:rsidRPr="00C80434">
        <w:rPr>
          <w:rFonts w:ascii="XM Vahid" w:hAnsi="XM Vahid" w:cs="XM Vahid" w:hint="cs"/>
          <w:rtl/>
          <w:lang w:bidi="ar-MA"/>
        </w:rPr>
        <w:t>يبدأ المسار العلاجي المبرمج من لبنة: ..................................... ويمتد تدريجياً إلى غاية لبنة: ..................................... وفق الجدولة الزمنية الآتية:</w:t>
      </w:r>
    </w:p>
    <w:tbl>
      <w:tblPr>
        <w:bidiVisual/>
        <w:tblW w:w="0" w:type="auto"/>
        <w:jc w:val="center"/>
        <w:tblBorders>
          <w:top w:val="single" w:sz="6" w:space="0" w:color="D6C7B2"/>
          <w:left w:val="single" w:sz="6" w:space="0" w:color="D6C7B2"/>
          <w:bottom w:val="single" w:sz="6" w:space="0" w:color="D6C7B2"/>
          <w:right w:val="single" w:sz="6" w:space="0" w:color="D6C7B2"/>
          <w:insideH w:val="single" w:sz="6" w:space="0" w:color="D6C7B2"/>
          <w:insideV w:val="single" w:sz="6" w:space="0" w:color="D6C7B2"/>
        </w:tblBorders>
        <w:tblLayout w:type="fixed"/>
        <w:tblLook w:val="04A0" w:firstRow="1" w:lastRow="0" w:firstColumn="1" w:lastColumn="0" w:noHBand="0" w:noVBand="1"/>
      </w:tblPr>
      <w:tblGrid>
        <w:gridCol w:w="2333"/>
        <w:gridCol w:w="1483"/>
        <w:gridCol w:w="1483"/>
        <w:gridCol w:w="1325"/>
        <w:gridCol w:w="1699"/>
        <w:gridCol w:w="1714"/>
      </w:tblGrid>
      <w:tr w:rsidR="00CF2B02" w:rsidRPr="00C80434" w14:paraId="359201EF" w14:textId="77777777">
        <w:trPr>
          <w:cantSplit/>
          <w:jc w:val="center"/>
        </w:trPr>
        <w:tc>
          <w:tcPr>
            <w:tcW w:w="2333" w:type="dxa"/>
            <w:shd w:val="clear" w:color="auto" w:fill="7C2D12"/>
            <w:tcMar>
              <w:top w:w="32" w:type="dxa"/>
              <w:left w:w="40" w:type="dxa"/>
              <w:bottom w:w="32" w:type="dxa"/>
              <w:right w:w="40" w:type="dxa"/>
            </w:tcMar>
          </w:tcPr>
          <w:p w14:paraId="7F180EC3" w14:textId="1C041D98" w:rsidR="00CF2B02" w:rsidRPr="00C80434" w:rsidRDefault="00000000" w:rsidP="00C80434">
            <w:pPr>
              <w:keepNext/>
              <w:bidi/>
              <w:spacing w:after="0"/>
              <w:jc w:val="center"/>
              <w:rPr>
                <w:rFonts w:ascii="XM Vahid" w:hAnsi="XM Vahid" w:cs="XM Vahid" w:hint="cs"/>
              </w:rPr>
            </w:pPr>
            <w:r w:rsidRPr="00C80434">
              <w:rPr>
                <w:rFonts w:ascii="XM Vahid" w:hAnsi="XM Vahid" w:cs="XM Vahid" w:hint="cs"/>
                <w:b/>
                <w:bCs/>
                <w:color w:val="FFFFFF"/>
                <w:sz w:val="20"/>
                <w:szCs w:val="20"/>
                <w:rtl/>
                <w:lang w:bidi="ar-MA"/>
              </w:rPr>
              <w:t xml:space="preserve">اللبنة </w:t>
            </w:r>
          </w:p>
        </w:tc>
        <w:tc>
          <w:tcPr>
            <w:tcW w:w="1483" w:type="dxa"/>
            <w:shd w:val="clear" w:color="auto" w:fill="7C2D12"/>
            <w:tcMar>
              <w:top w:w="32" w:type="dxa"/>
              <w:left w:w="40" w:type="dxa"/>
              <w:bottom w:w="32" w:type="dxa"/>
              <w:right w:w="40" w:type="dxa"/>
            </w:tcMar>
          </w:tcPr>
          <w:p w14:paraId="58FB4EBE" w14:textId="77777777" w:rsidR="00CF2B02" w:rsidRPr="00C80434" w:rsidRDefault="00000000" w:rsidP="00C80434">
            <w:pPr>
              <w:keepNext/>
              <w:bidi/>
              <w:spacing w:after="0"/>
              <w:jc w:val="center"/>
              <w:rPr>
                <w:rFonts w:ascii="XM Vahid" w:hAnsi="XM Vahid" w:cs="XM Vahid" w:hint="cs"/>
              </w:rPr>
            </w:pPr>
            <w:r w:rsidRPr="00C80434">
              <w:rPr>
                <w:rFonts w:ascii="XM Vahid" w:hAnsi="XM Vahid" w:cs="XM Vahid" w:hint="cs"/>
                <w:b/>
                <w:bCs/>
                <w:color w:val="FFFFFF"/>
                <w:sz w:val="20"/>
                <w:szCs w:val="20"/>
                <w:rtl/>
                <w:lang w:bidi="ar-MA"/>
              </w:rPr>
              <w:t>تاريخ الانطلاق</w:t>
            </w:r>
          </w:p>
        </w:tc>
        <w:tc>
          <w:tcPr>
            <w:tcW w:w="1483" w:type="dxa"/>
            <w:shd w:val="clear" w:color="auto" w:fill="7C2D12"/>
            <w:tcMar>
              <w:top w:w="32" w:type="dxa"/>
              <w:left w:w="40" w:type="dxa"/>
              <w:bottom w:w="32" w:type="dxa"/>
              <w:right w:w="40" w:type="dxa"/>
            </w:tcMar>
          </w:tcPr>
          <w:p w14:paraId="3C08AB43" w14:textId="77777777" w:rsidR="00CF2B02" w:rsidRPr="00C80434" w:rsidRDefault="00000000" w:rsidP="00C80434">
            <w:pPr>
              <w:keepNext/>
              <w:bidi/>
              <w:spacing w:after="0"/>
              <w:jc w:val="center"/>
              <w:rPr>
                <w:rFonts w:ascii="XM Vahid" w:hAnsi="XM Vahid" w:cs="XM Vahid" w:hint="cs"/>
              </w:rPr>
            </w:pPr>
            <w:r w:rsidRPr="00C80434">
              <w:rPr>
                <w:rFonts w:ascii="XM Vahid" w:hAnsi="XM Vahid" w:cs="XM Vahid" w:hint="cs"/>
                <w:b/>
                <w:bCs/>
                <w:color w:val="FFFFFF"/>
                <w:sz w:val="20"/>
                <w:szCs w:val="20"/>
                <w:rtl/>
                <w:lang w:bidi="ar-MA"/>
              </w:rPr>
              <w:t>تاريخ الانتهاء</w:t>
            </w:r>
          </w:p>
        </w:tc>
        <w:tc>
          <w:tcPr>
            <w:tcW w:w="1325" w:type="dxa"/>
            <w:shd w:val="clear" w:color="auto" w:fill="7C2D12"/>
            <w:tcMar>
              <w:top w:w="32" w:type="dxa"/>
              <w:left w:w="40" w:type="dxa"/>
              <w:bottom w:w="32" w:type="dxa"/>
              <w:right w:w="40" w:type="dxa"/>
            </w:tcMar>
          </w:tcPr>
          <w:p w14:paraId="339EF3D2" w14:textId="77777777" w:rsidR="00CF2B02" w:rsidRPr="00C80434" w:rsidRDefault="00000000" w:rsidP="00C80434">
            <w:pPr>
              <w:keepNext/>
              <w:bidi/>
              <w:spacing w:after="0"/>
              <w:jc w:val="center"/>
              <w:rPr>
                <w:rFonts w:ascii="XM Vahid" w:hAnsi="XM Vahid" w:cs="XM Vahid" w:hint="cs"/>
              </w:rPr>
            </w:pPr>
            <w:r w:rsidRPr="00C80434">
              <w:rPr>
                <w:rFonts w:ascii="XM Vahid" w:hAnsi="XM Vahid" w:cs="XM Vahid" w:hint="cs"/>
                <w:b/>
                <w:bCs/>
                <w:color w:val="FFFFFF"/>
                <w:sz w:val="20"/>
                <w:szCs w:val="20"/>
                <w:rtl/>
                <w:lang w:bidi="ar-MA"/>
              </w:rPr>
              <w:t>عدد الأيام</w:t>
            </w:r>
          </w:p>
        </w:tc>
        <w:tc>
          <w:tcPr>
            <w:tcW w:w="1699" w:type="dxa"/>
            <w:shd w:val="clear" w:color="auto" w:fill="7C2D12"/>
            <w:tcMar>
              <w:top w:w="32" w:type="dxa"/>
              <w:left w:w="40" w:type="dxa"/>
              <w:bottom w:w="32" w:type="dxa"/>
              <w:right w:w="40" w:type="dxa"/>
            </w:tcMar>
          </w:tcPr>
          <w:p w14:paraId="73FC87E4" w14:textId="77777777" w:rsidR="00CF2B02" w:rsidRPr="00C80434" w:rsidRDefault="00000000" w:rsidP="00C80434">
            <w:pPr>
              <w:keepNext/>
              <w:bidi/>
              <w:spacing w:after="0"/>
              <w:jc w:val="center"/>
              <w:rPr>
                <w:rFonts w:ascii="XM Vahid" w:hAnsi="XM Vahid" w:cs="XM Vahid" w:hint="cs"/>
              </w:rPr>
            </w:pPr>
            <w:r w:rsidRPr="00C80434">
              <w:rPr>
                <w:rFonts w:ascii="XM Vahid" w:hAnsi="XM Vahid" w:cs="XM Vahid" w:hint="cs"/>
                <w:b/>
                <w:bCs/>
                <w:color w:val="FFFFFF"/>
                <w:sz w:val="20"/>
                <w:szCs w:val="20"/>
                <w:rtl/>
                <w:lang w:bidi="ar-MA"/>
              </w:rPr>
              <w:t>تاريخ رائز التحقق</w:t>
            </w:r>
          </w:p>
        </w:tc>
        <w:tc>
          <w:tcPr>
            <w:tcW w:w="1714" w:type="dxa"/>
            <w:shd w:val="clear" w:color="auto" w:fill="7C2D12"/>
            <w:tcMar>
              <w:top w:w="32" w:type="dxa"/>
              <w:left w:w="40" w:type="dxa"/>
              <w:bottom w:w="32" w:type="dxa"/>
              <w:right w:w="40" w:type="dxa"/>
            </w:tcMar>
          </w:tcPr>
          <w:p w14:paraId="39F63668" w14:textId="10968D57" w:rsidR="00CF2B02" w:rsidRPr="00C80434" w:rsidRDefault="00000000" w:rsidP="00C80434">
            <w:pPr>
              <w:keepNext/>
              <w:bidi/>
              <w:spacing w:after="0"/>
              <w:jc w:val="center"/>
              <w:rPr>
                <w:rFonts w:ascii="XM Vahid" w:hAnsi="XM Vahid" w:cs="XM Vahid" w:hint="cs"/>
              </w:rPr>
            </w:pPr>
            <w:r w:rsidRPr="00C80434">
              <w:rPr>
                <w:rFonts w:ascii="XM Vahid" w:hAnsi="XM Vahid" w:cs="XM Vahid" w:hint="cs"/>
                <w:b/>
                <w:bCs/>
                <w:color w:val="FFFFFF"/>
                <w:sz w:val="20"/>
                <w:szCs w:val="20"/>
                <w:rtl/>
                <w:lang w:bidi="ar-MA"/>
              </w:rPr>
              <w:t xml:space="preserve">النتيجة </w:t>
            </w:r>
          </w:p>
        </w:tc>
      </w:tr>
      <w:tr w:rsidR="00CF2B02" w:rsidRPr="00C80434" w14:paraId="5A1207E8" w14:textId="77777777">
        <w:trPr>
          <w:cantSplit/>
          <w:jc w:val="center"/>
        </w:trPr>
        <w:tc>
          <w:tcPr>
            <w:tcW w:w="2333" w:type="dxa"/>
            <w:tcMar>
              <w:top w:w="32" w:type="dxa"/>
              <w:left w:w="40" w:type="dxa"/>
              <w:bottom w:w="32" w:type="dxa"/>
              <w:right w:w="40" w:type="dxa"/>
            </w:tcMar>
          </w:tcPr>
          <w:p w14:paraId="3D60F29C" w14:textId="77777777" w:rsidR="00CF2B02" w:rsidRPr="00C80434" w:rsidRDefault="00000000" w:rsidP="00C80434">
            <w:pPr>
              <w:keepNext/>
              <w:bidi/>
              <w:spacing w:after="0"/>
              <w:rPr>
                <w:rFonts w:ascii="XM Vahid" w:hAnsi="XM Vahid" w:cs="XM Vahid" w:hint="cs"/>
              </w:rPr>
            </w:pPr>
            <w:r w:rsidRPr="00C80434">
              <w:rPr>
                <w:rFonts w:ascii="XM Vahid" w:hAnsi="XM Vahid" w:cs="XM Vahid" w:hint="cs"/>
                <w:b/>
                <w:bCs/>
                <w:color w:val="7C2D12"/>
                <w:sz w:val="20"/>
                <w:szCs w:val="20"/>
                <w:rtl/>
                <w:lang w:bidi="ar-MA"/>
              </w:rPr>
              <w:t>اللبنة 1: ...................</w:t>
            </w:r>
          </w:p>
        </w:tc>
        <w:tc>
          <w:tcPr>
            <w:tcW w:w="1483" w:type="dxa"/>
            <w:tcMar>
              <w:top w:w="32" w:type="dxa"/>
              <w:left w:w="40" w:type="dxa"/>
              <w:bottom w:w="32" w:type="dxa"/>
              <w:right w:w="40" w:type="dxa"/>
            </w:tcMar>
          </w:tcPr>
          <w:p w14:paraId="4B481AC5" w14:textId="77777777" w:rsidR="00CF2B02" w:rsidRPr="00C80434" w:rsidRDefault="00000000" w:rsidP="00C80434">
            <w:pPr>
              <w:keepNext/>
              <w:bidi/>
              <w:spacing w:after="0"/>
              <w:jc w:val="center"/>
              <w:rPr>
                <w:rFonts w:ascii="XM Vahid" w:hAnsi="XM Vahid" w:cs="XM Vahid" w:hint="cs"/>
              </w:rPr>
            </w:pPr>
            <w:r w:rsidRPr="00C80434">
              <w:rPr>
                <w:rFonts w:ascii="XM Vahid" w:hAnsi="XM Vahid" w:cs="XM Vahid" w:hint="cs"/>
                <w:color w:val="475569"/>
                <w:sz w:val="20"/>
                <w:szCs w:val="20"/>
                <w:rtl/>
                <w:lang w:bidi="ar-MA"/>
              </w:rPr>
              <w:t>.... / .... / 202..</w:t>
            </w:r>
          </w:p>
        </w:tc>
        <w:tc>
          <w:tcPr>
            <w:tcW w:w="1483" w:type="dxa"/>
            <w:tcMar>
              <w:top w:w="32" w:type="dxa"/>
              <w:left w:w="40" w:type="dxa"/>
              <w:bottom w:w="32" w:type="dxa"/>
              <w:right w:w="40" w:type="dxa"/>
            </w:tcMar>
          </w:tcPr>
          <w:p w14:paraId="2837D813" w14:textId="77777777" w:rsidR="00CF2B02" w:rsidRPr="00C80434" w:rsidRDefault="00000000" w:rsidP="00C80434">
            <w:pPr>
              <w:keepNext/>
              <w:bidi/>
              <w:spacing w:after="0"/>
              <w:jc w:val="center"/>
              <w:rPr>
                <w:rFonts w:ascii="XM Vahid" w:hAnsi="XM Vahid" w:cs="XM Vahid" w:hint="cs"/>
              </w:rPr>
            </w:pPr>
            <w:r w:rsidRPr="00C80434">
              <w:rPr>
                <w:rFonts w:ascii="XM Vahid" w:hAnsi="XM Vahid" w:cs="XM Vahid" w:hint="cs"/>
                <w:color w:val="475569"/>
                <w:sz w:val="20"/>
                <w:szCs w:val="20"/>
                <w:rtl/>
                <w:lang w:bidi="ar-MA"/>
              </w:rPr>
              <w:t>.... / .... / 202..</w:t>
            </w:r>
          </w:p>
        </w:tc>
        <w:tc>
          <w:tcPr>
            <w:tcW w:w="1325" w:type="dxa"/>
            <w:tcMar>
              <w:top w:w="32" w:type="dxa"/>
              <w:left w:w="40" w:type="dxa"/>
              <w:bottom w:w="32" w:type="dxa"/>
              <w:right w:w="40" w:type="dxa"/>
            </w:tcMar>
          </w:tcPr>
          <w:p w14:paraId="016928F2" w14:textId="77777777" w:rsidR="00CF2B02" w:rsidRPr="00C80434" w:rsidRDefault="00000000" w:rsidP="00C80434">
            <w:pPr>
              <w:keepNext/>
              <w:bidi/>
              <w:spacing w:after="0"/>
              <w:jc w:val="center"/>
              <w:rPr>
                <w:rFonts w:ascii="XM Vahid" w:hAnsi="XM Vahid" w:cs="XM Vahid" w:hint="cs"/>
              </w:rPr>
            </w:pPr>
            <w:r w:rsidRPr="00C80434">
              <w:rPr>
                <w:rFonts w:ascii="XM Vahid" w:hAnsi="XM Vahid" w:cs="XM Vahid" w:hint="cs"/>
                <w:color w:val="475569"/>
                <w:sz w:val="20"/>
                <w:szCs w:val="20"/>
                <w:rtl/>
                <w:lang w:bidi="ar-MA"/>
              </w:rPr>
              <w:t>...............</w:t>
            </w:r>
          </w:p>
        </w:tc>
        <w:tc>
          <w:tcPr>
            <w:tcW w:w="1699" w:type="dxa"/>
            <w:tcMar>
              <w:top w:w="32" w:type="dxa"/>
              <w:left w:w="40" w:type="dxa"/>
              <w:bottom w:w="32" w:type="dxa"/>
              <w:right w:w="40" w:type="dxa"/>
            </w:tcMar>
          </w:tcPr>
          <w:p w14:paraId="3A548FCD" w14:textId="77777777" w:rsidR="00CF2B02" w:rsidRPr="00C80434" w:rsidRDefault="00000000" w:rsidP="00C80434">
            <w:pPr>
              <w:keepNext/>
              <w:bidi/>
              <w:spacing w:after="0"/>
              <w:jc w:val="center"/>
              <w:rPr>
                <w:rFonts w:ascii="XM Vahid" w:hAnsi="XM Vahid" w:cs="XM Vahid" w:hint="cs"/>
              </w:rPr>
            </w:pPr>
            <w:r w:rsidRPr="00C80434">
              <w:rPr>
                <w:rFonts w:ascii="XM Vahid" w:hAnsi="XM Vahid" w:cs="XM Vahid" w:hint="cs"/>
                <w:color w:val="475569"/>
                <w:sz w:val="20"/>
                <w:szCs w:val="20"/>
                <w:rtl/>
                <w:lang w:bidi="ar-MA"/>
              </w:rPr>
              <w:t>.... / .... / 202..</w:t>
            </w:r>
          </w:p>
        </w:tc>
        <w:tc>
          <w:tcPr>
            <w:tcW w:w="1714" w:type="dxa"/>
            <w:tcMar>
              <w:top w:w="32" w:type="dxa"/>
              <w:left w:w="40" w:type="dxa"/>
              <w:bottom w:w="32" w:type="dxa"/>
              <w:right w:w="40" w:type="dxa"/>
            </w:tcMar>
          </w:tcPr>
          <w:p w14:paraId="591D74AD" w14:textId="77777777" w:rsidR="00CF2B02" w:rsidRPr="00C80434" w:rsidRDefault="00000000" w:rsidP="00C80434">
            <w:pPr>
              <w:keepNext/>
              <w:bidi/>
              <w:spacing w:after="0"/>
              <w:jc w:val="center"/>
              <w:rPr>
                <w:rFonts w:ascii="XM Vahid" w:hAnsi="XM Vahid" w:cs="XM Vahid" w:hint="cs"/>
              </w:rPr>
            </w:pPr>
            <w:r w:rsidRPr="00C80434">
              <w:rPr>
                <w:rFonts w:ascii="XM Vahid" w:hAnsi="XM Vahid" w:cs="XM Vahid" w:hint="cs"/>
                <w:color w:val="475569"/>
                <w:sz w:val="20"/>
                <w:szCs w:val="20"/>
                <w:rtl/>
                <w:lang w:bidi="ar-MA"/>
              </w:rPr>
              <w:t>......................</w:t>
            </w:r>
          </w:p>
        </w:tc>
      </w:tr>
      <w:tr w:rsidR="00CF2B02" w:rsidRPr="00C80434" w14:paraId="1F521CE1" w14:textId="77777777">
        <w:trPr>
          <w:cantSplit/>
          <w:jc w:val="center"/>
        </w:trPr>
        <w:tc>
          <w:tcPr>
            <w:tcW w:w="2333" w:type="dxa"/>
            <w:shd w:val="clear" w:color="auto" w:fill="FFFBEB"/>
            <w:tcMar>
              <w:top w:w="32" w:type="dxa"/>
              <w:left w:w="40" w:type="dxa"/>
              <w:bottom w:w="32" w:type="dxa"/>
              <w:right w:w="40" w:type="dxa"/>
            </w:tcMar>
          </w:tcPr>
          <w:p w14:paraId="00C6412D" w14:textId="77777777" w:rsidR="00CF2B02" w:rsidRPr="00C80434" w:rsidRDefault="00000000" w:rsidP="00C80434">
            <w:pPr>
              <w:keepNext/>
              <w:bidi/>
              <w:spacing w:after="0"/>
              <w:rPr>
                <w:rFonts w:ascii="XM Vahid" w:hAnsi="XM Vahid" w:cs="XM Vahid" w:hint="cs"/>
              </w:rPr>
            </w:pPr>
            <w:r w:rsidRPr="00C80434">
              <w:rPr>
                <w:rFonts w:ascii="XM Vahid" w:hAnsi="XM Vahid" w:cs="XM Vahid" w:hint="cs"/>
                <w:b/>
                <w:bCs/>
                <w:color w:val="7C2D12"/>
                <w:sz w:val="20"/>
                <w:szCs w:val="20"/>
                <w:rtl/>
                <w:lang w:bidi="ar-MA"/>
              </w:rPr>
              <w:t>اللبنة 2: ...................</w:t>
            </w:r>
          </w:p>
        </w:tc>
        <w:tc>
          <w:tcPr>
            <w:tcW w:w="1483" w:type="dxa"/>
            <w:shd w:val="clear" w:color="auto" w:fill="FFFBEB"/>
            <w:tcMar>
              <w:top w:w="32" w:type="dxa"/>
              <w:left w:w="40" w:type="dxa"/>
              <w:bottom w:w="32" w:type="dxa"/>
              <w:right w:w="40" w:type="dxa"/>
            </w:tcMar>
          </w:tcPr>
          <w:p w14:paraId="50BF126B" w14:textId="77777777" w:rsidR="00CF2B02" w:rsidRPr="00C80434" w:rsidRDefault="00000000" w:rsidP="00C80434">
            <w:pPr>
              <w:keepNext/>
              <w:bidi/>
              <w:spacing w:after="0"/>
              <w:jc w:val="center"/>
              <w:rPr>
                <w:rFonts w:ascii="XM Vahid" w:hAnsi="XM Vahid" w:cs="XM Vahid" w:hint="cs"/>
              </w:rPr>
            </w:pPr>
            <w:r w:rsidRPr="00C80434">
              <w:rPr>
                <w:rFonts w:ascii="XM Vahid" w:hAnsi="XM Vahid" w:cs="XM Vahid" w:hint="cs"/>
                <w:color w:val="475569"/>
                <w:sz w:val="20"/>
                <w:szCs w:val="20"/>
                <w:rtl/>
                <w:lang w:bidi="ar-MA"/>
              </w:rPr>
              <w:t>.... / .... / 202..</w:t>
            </w:r>
          </w:p>
        </w:tc>
        <w:tc>
          <w:tcPr>
            <w:tcW w:w="1483" w:type="dxa"/>
            <w:shd w:val="clear" w:color="auto" w:fill="FFFBEB"/>
            <w:tcMar>
              <w:top w:w="32" w:type="dxa"/>
              <w:left w:w="40" w:type="dxa"/>
              <w:bottom w:w="32" w:type="dxa"/>
              <w:right w:w="40" w:type="dxa"/>
            </w:tcMar>
          </w:tcPr>
          <w:p w14:paraId="4D32801E" w14:textId="77777777" w:rsidR="00CF2B02" w:rsidRPr="00C80434" w:rsidRDefault="00000000" w:rsidP="00C80434">
            <w:pPr>
              <w:keepNext/>
              <w:bidi/>
              <w:spacing w:after="0"/>
              <w:jc w:val="center"/>
              <w:rPr>
                <w:rFonts w:ascii="XM Vahid" w:hAnsi="XM Vahid" w:cs="XM Vahid" w:hint="cs"/>
              </w:rPr>
            </w:pPr>
            <w:r w:rsidRPr="00C80434">
              <w:rPr>
                <w:rFonts w:ascii="XM Vahid" w:hAnsi="XM Vahid" w:cs="XM Vahid" w:hint="cs"/>
                <w:color w:val="475569"/>
                <w:sz w:val="20"/>
                <w:szCs w:val="20"/>
                <w:rtl/>
                <w:lang w:bidi="ar-MA"/>
              </w:rPr>
              <w:t>.... / .... / 202..</w:t>
            </w:r>
          </w:p>
        </w:tc>
        <w:tc>
          <w:tcPr>
            <w:tcW w:w="1325" w:type="dxa"/>
            <w:shd w:val="clear" w:color="auto" w:fill="FFFBEB"/>
            <w:tcMar>
              <w:top w:w="32" w:type="dxa"/>
              <w:left w:w="40" w:type="dxa"/>
              <w:bottom w:w="32" w:type="dxa"/>
              <w:right w:w="40" w:type="dxa"/>
            </w:tcMar>
          </w:tcPr>
          <w:p w14:paraId="2569DDC2" w14:textId="77777777" w:rsidR="00CF2B02" w:rsidRPr="00C80434" w:rsidRDefault="00000000" w:rsidP="00C80434">
            <w:pPr>
              <w:keepNext/>
              <w:bidi/>
              <w:spacing w:after="0"/>
              <w:jc w:val="center"/>
              <w:rPr>
                <w:rFonts w:ascii="XM Vahid" w:hAnsi="XM Vahid" w:cs="XM Vahid" w:hint="cs"/>
              </w:rPr>
            </w:pPr>
            <w:r w:rsidRPr="00C80434">
              <w:rPr>
                <w:rFonts w:ascii="XM Vahid" w:hAnsi="XM Vahid" w:cs="XM Vahid" w:hint="cs"/>
                <w:color w:val="475569"/>
                <w:sz w:val="20"/>
                <w:szCs w:val="20"/>
                <w:rtl/>
                <w:lang w:bidi="ar-MA"/>
              </w:rPr>
              <w:t>...............</w:t>
            </w:r>
          </w:p>
        </w:tc>
        <w:tc>
          <w:tcPr>
            <w:tcW w:w="1699" w:type="dxa"/>
            <w:shd w:val="clear" w:color="auto" w:fill="FFFBEB"/>
            <w:tcMar>
              <w:top w:w="32" w:type="dxa"/>
              <w:left w:w="40" w:type="dxa"/>
              <w:bottom w:w="32" w:type="dxa"/>
              <w:right w:w="40" w:type="dxa"/>
            </w:tcMar>
          </w:tcPr>
          <w:p w14:paraId="696D33AA" w14:textId="77777777" w:rsidR="00CF2B02" w:rsidRPr="00C80434" w:rsidRDefault="00000000" w:rsidP="00C80434">
            <w:pPr>
              <w:keepNext/>
              <w:bidi/>
              <w:spacing w:after="0"/>
              <w:jc w:val="center"/>
              <w:rPr>
                <w:rFonts w:ascii="XM Vahid" w:hAnsi="XM Vahid" w:cs="XM Vahid" w:hint="cs"/>
              </w:rPr>
            </w:pPr>
            <w:r w:rsidRPr="00C80434">
              <w:rPr>
                <w:rFonts w:ascii="XM Vahid" w:hAnsi="XM Vahid" w:cs="XM Vahid" w:hint="cs"/>
                <w:color w:val="475569"/>
                <w:sz w:val="20"/>
                <w:szCs w:val="20"/>
                <w:rtl/>
                <w:lang w:bidi="ar-MA"/>
              </w:rPr>
              <w:t>.... / .... / 202..</w:t>
            </w:r>
          </w:p>
        </w:tc>
        <w:tc>
          <w:tcPr>
            <w:tcW w:w="1714" w:type="dxa"/>
            <w:shd w:val="clear" w:color="auto" w:fill="FFFBEB"/>
            <w:tcMar>
              <w:top w:w="32" w:type="dxa"/>
              <w:left w:w="40" w:type="dxa"/>
              <w:bottom w:w="32" w:type="dxa"/>
              <w:right w:w="40" w:type="dxa"/>
            </w:tcMar>
          </w:tcPr>
          <w:p w14:paraId="1D63F8F2" w14:textId="77777777" w:rsidR="00CF2B02" w:rsidRPr="00C80434" w:rsidRDefault="00000000" w:rsidP="00C80434">
            <w:pPr>
              <w:keepNext/>
              <w:bidi/>
              <w:spacing w:after="0"/>
              <w:jc w:val="center"/>
              <w:rPr>
                <w:rFonts w:ascii="XM Vahid" w:hAnsi="XM Vahid" w:cs="XM Vahid" w:hint="cs"/>
              </w:rPr>
            </w:pPr>
            <w:r w:rsidRPr="00C80434">
              <w:rPr>
                <w:rFonts w:ascii="XM Vahid" w:hAnsi="XM Vahid" w:cs="XM Vahid" w:hint="cs"/>
                <w:color w:val="475569"/>
                <w:sz w:val="20"/>
                <w:szCs w:val="20"/>
                <w:rtl/>
                <w:lang w:bidi="ar-MA"/>
              </w:rPr>
              <w:t>......................</w:t>
            </w:r>
          </w:p>
        </w:tc>
      </w:tr>
      <w:tr w:rsidR="00CF2B02" w:rsidRPr="00C80434" w14:paraId="3B70E2C5" w14:textId="77777777">
        <w:trPr>
          <w:cantSplit/>
          <w:jc w:val="center"/>
        </w:trPr>
        <w:tc>
          <w:tcPr>
            <w:tcW w:w="2333" w:type="dxa"/>
            <w:tcMar>
              <w:top w:w="32" w:type="dxa"/>
              <w:left w:w="40" w:type="dxa"/>
              <w:bottom w:w="32" w:type="dxa"/>
              <w:right w:w="40" w:type="dxa"/>
            </w:tcMar>
          </w:tcPr>
          <w:p w14:paraId="2C2AA9B9" w14:textId="77777777" w:rsidR="00CF2B02" w:rsidRPr="00C80434" w:rsidRDefault="00000000" w:rsidP="00C80434">
            <w:pPr>
              <w:keepNext/>
              <w:bidi/>
              <w:spacing w:after="0"/>
              <w:rPr>
                <w:rFonts w:ascii="XM Vahid" w:hAnsi="XM Vahid" w:cs="XM Vahid" w:hint="cs"/>
              </w:rPr>
            </w:pPr>
            <w:r w:rsidRPr="00C80434">
              <w:rPr>
                <w:rFonts w:ascii="XM Vahid" w:hAnsi="XM Vahid" w:cs="XM Vahid" w:hint="cs"/>
                <w:b/>
                <w:bCs/>
                <w:color w:val="7C2D12"/>
                <w:sz w:val="20"/>
                <w:szCs w:val="20"/>
                <w:rtl/>
                <w:lang w:bidi="ar-MA"/>
              </w:rPr>
              <w:t>اللبنة 3: ...................</w:t>
            </w:r>
          </w:p>
        </w:tc>
        <w:tc>
          <w:tcPr>
            <w:tcW w:w="1483" w:type="dxa"/>
            <w:tcMar>
              <w:top w:w="32" w:type="dxa"/>
              <w:left w:w="40" w:type="dxa"/>
              <w:bottom w:w="32" w:type="dxa"/>
              <w:right w:w="40" w:type="dxa"/>
            </w:tcMar>
          </w:tcPr>
          <w:p w14:paraId="7BBDEAB5" w14:textId="77777777" w:rsidR="00CF2B02" w:rsidRPr="00C80434" w:rsidRDefault="00000000" w:rsidP="00C80434">
            <w:pPr>
              <w:keepNext/>
              <w:bidi/>
              <w:spacing w:after="0"/>
              <w:jc w:val="center"/>
              <w:rPr>
                <w:rFonts w:ascii="XM Vahid" w:hAnsi="XM Vahid" w:cs="XM Vahid" w:hint="cs"/>
              </w:rPr>
            </w:pPr>
            <w:r w:rsidRPr="00C80434">
              <w:rPr>
                <w:rFonts w:ascii="XM Vahid" w:hAnsi="XM Vahid" w:cs="XM Vahid" w:hint="cs"/>
                <w:color w:val="475569"/>
                <w:sz w:val="20"/>
                <w:szCs w:val="20"/>
                <w:rtl/>
                <w:lang w:bidi="ar-MA"/>
              </w:rPr>
              <w:t>.... / .... / 202..</w:t>
            </w:r>
          </w:p>
        </w:tc>
        <w:tc>
          <w:tcPr>
            <w:tcW w:w="1483" w:type="dxa"/>
            <w:tcMar>
              <w:top w:w="32" w:type="dxa"/>
              <w:left w:w="40" w:type="dxa"/>
              <w:bottom w:w="32" w:type="dxa"/>
              <w:right w:w="40" w:type="dxa"/>
            </w:tcMar>
          </w:tcPr>
          <w:p w14:paraId="3FE20D0D" w14:textId="77777777" w:rsidR="00CF2B02" w:rsidRPr="00C80434" w:rsidRDefault="00000000" w:rsidP="00C80434">
            <w:pPr>
              <w:keepNext/>
              <w:bidi/>
              <w:spacing w:after="0"/>
              <w:jc w:val="center"/>
              <w:rPr>
                <w:rFonts w:ascii="XM Vahid" w:hAnsi="XM Vahid" w:cs="XM Vahid" w:hint="cs"/>
              </w:rPr>
            </w:pPr>
            <w:r w:rsidRPr="00C80434">
              <w:rPr>
                <w:rFonts w:ascii="XM Vahid" w:hAnsi="XM Vahid" w:cs="XM Vahid" w:hint="cs"/>
                <w:color w:val="475569"/>
                <w:sz w:val="20"/>
                <w:szCs w:val="20"/>
                <w:rtl/>
                <w:lang w:bidi="ar-MA"/>
              </w:rPr>
              <w:t>.... / .... / 202..</w:t>
            </w:r>
          </w:p>
        </w:tc>
        <w:tc>
          <w:tcPr>
            <w:tcW w:w="1325" w:type="dxa"/>
            <w:tcMar>
              <w:top w:w="32" w:type="dxa"/>
              <w:left w:w="40" w:type="dxa"/>
              <w:bottom w:w="32" w:type="dxa"/>
              <w:right w:w="40" w:type="dxa"/>
            </w:tcMar>
          </w:tcPr>
          <w:p w14:paraId="5E1B89C2" w14:textId="77777777" w:rsidR="00CF2B02" w:rsidRPr="00C80434" w:rsidRDefault="00000000" w:rsidP="00C80434">
            <w:pPr>
              <w:keepNext/>
              <w:bidi/>
              <w:spacing w:after="0"/>
              <w:jc w:val="center"/>
              <w:rPr>
                <w:rFonts w:ascii="XM Vahid" w:hAnsi="XM Vahid" w:cs="XM Vahid" w:hint="cs"/>
              </w:rPr>
            </w:pPr>
            <w:r w:rsidRPr="00C80434">
              <w:rPr>
                <w:rFonts w:ascii="XM Vahid" w:hAnsi="XM Vahid" w:cs="XM Vahid" w:hint="cs"/>
                <w:color w:val="475569"/>
                <w:sz w:val="20"/>
                <w:szCs w:val="20"/>
                <w:rtl/>
                <w:lang w:bidi="ar-MA"/>
              </w:rPr>
              <w:t>...............</w:t>
            </w:r>
          </w:p>
        </w:tc>
        <w:tc>
          <w:tcPr>
            <w:tcW w:w="1699" w:type="dxa"/>
            <w:tcMar>
              <w:top w:w="32" w:type="dxa"/>
              <w:left w:w="40" w:type="dxa"/>
              <w:bottom w:w="32" w:type="dxa"/>
              <w:right w:w="40" w:type="dxa"/>
            </w:tcMar>
          </w:tcPr>
          <w:p w14:paraId="6180AFBE" w14:textId="77777777" w:rsidR="00CF2B02" w:rsidRPr="00C80434" w:rsidRDefault="00000000" w:rsidP="00C80434">
            <w:pPr>
              <w:keepNext/>
              <w:bidi/>
              <w:spacing w:after="0"/>
              <w:jc w:val="center"/>
              <w:rPr>
                <w:rFonts w:ascii="XM Vahid" w:hAnsi="XM Vahid" w:cs="XM Vahid" w:hint="cs"/>
              </w:rPr>
            </w:pPr>
            <w:r w:rsidRPr="00C80434">
              <w:rPr>
                <w:rFonts w:ascii="XM Vahid" w:hAnsi="XM Vahid" w:cs="XM Vahid" w:hint="cs"/>
                <w:color w:val="475569"/>
                <w:sz w:val="20"/>
                <w:szCs w:val="20"/>
                <w:rtl/>
                <w:lang w:bidi="ar-MA"/>
              </w:rPr>
              <w:t>.... / .... / 202..</w:t>
            </w:r>
          </w:p>
        </w:tc>
        <w:tc>
          <w:tcPr>
            <w:tcW w:w="1714" w:type="dxa"/>
            <w:tcMar>
              <w:top w:w="32" w:type="dxa"/>
              <w:left w:w="40" w:type="dxa"/>
              <w:bottom w:w="32" w:type="dxa"/>
              <w:right w:w="40" w:type="dxa"/>
            </w:tcMar>
          </w:tcPr>
          <w:p w14:paraId="20E2E4D1" w14:textId="77777777" w:rsidR="00CF2B02" w:rsidRPr="00C80434" w:rsidRDefault="00000000" w:rsidP="00C80434">
            <w:pPr>
              <w:keepNext/>
              <w:bidi/>
              <w:spacing w:after="0"/>
              <w:jc w:val="center"/>
              <w:rPr>
                <w:rFonts w:ascii="XM Vahid" w:hAnsi="XM Vahid" w:cs="XM Vahid" w:hint="cs"/>
              </w:rPr>
            </w:pPr>
            <w:r w:rsidRPr="00C80434">
              <w:rPr>
                <w:rFonts w:ascii="XM Vahid" w:hAnsi="XM Vahid" w:cs="XM Vahid" w:hint="cs"/>
                <w:color w:val="475569"/>
                <w:sz w:val="20"/>
                <w:szCs w:val="20"/>
                <w:rtl/>
                <w:lang w:bidi="ar-MA"/>
              </w:rPr>
              <w:t>......................</w:t>
            </w:r>
          </w:p>
        </w:tc>
      </w:tr>
      <w:tr w:rsidR="00CF2B02" w:rsidRPr="00C80434" w14:paraId="73B1E9FA" w14:textId="77777777">
        <w:trPr>
          <w:cantSplit/>
          <w:jc w:val="center"/>
        </w:trPr>
        <w:tc>
          <w:tcPr>
            <w:tcW w:w="2333" w:type="dxa"/>
            <w:shd w:val="clear" w:color="auto" w:fill="FFFBEB"/>
            <w:tcMar>
              <w:top w:w="32" w:type="dxa"/>
              <w:left w:w="40" w:type="dxa"/>
              <w:bottom w:w="32" w:type="dxa"/>
              <w:right w:w="40" w:type="dxa"/>
            </w:tcMar>
          </w:tcPr>
          <w:p w14:paraId="74B865EC" w14:textId="77777777" w:rsidR="00CF2B02" w:rsidRPr="00C80434" w:rsidRDefault="00000000" w:rsidP="00C80434">
            <w:pPr>
              <w:bidi/>
              <w:spacing w:after="0"/>
              <w:rPr>
                <w:rFonts w:ascii="XM Vahid" w:hAnsi="XM Vahid" w:cs="XM Vahid" w:hint="cs"/>
              </w:rPr>
            </w:pPr>
            <w:r w:rsidRPr="00C80434">
              <w:rPr>
                <w:rFonts w:ascii="XM Vahid" w:hAnsi="XM Vahid" w:cs="XM Vahid" w:hint="cs"/>
                <w:b/>
                <w:bCs/>
                <w:color w:val="7C2D12"/>
                <w:sz w:val="20"/>
                <w:szCs w:val="20"/>
                <w:rtl/>
                <w:lang w:bidi="ar-MA"/>
              </w:rPr>
              <w:t>اللبنة 4: ...................</w:t>
            </w:r>
          </w:p>
        </w:tc>
        <w:tc>
          <w:tcPr>
            <w:tcW w:w="1483" w:type="dxa"/>
            <w:shd w:val="clear" w:color="auto" w:fill="FFFBEB"/>
            <w:tcMar>
              <w:top w:w="32" w:type="dxa"/>
              <w:left w:w="40" w:type="dxa"/>
              <w:bottom w:w="32" w:type="dxa"/>
              <w:right w:w="40" w:type="dxa"/>
            </w:tcMar>
          </w:tcPr>
          <w:p w14:paraId="612AFE13" w14:textId="77777777" w:rsidR="00CF2B02" w:rsidRPr="00C80434" w:rsidRDefault="00000000" w:rsidP="00C80434">
            <w:pPr>
              <w:bidi/>
              <w:spacing w:after="0"/>
              <w:jc w:val="center"/>
              <w:rPr>
                <w:rFonts w:ascii="XM Vahid" w:hAnsi="XM Vahid" w:cs="XM Vahid" w:hint="cs"/>
              </w:rPr>
            </w:pPr>
            <w:r w:rsidRPr="00C80434">
              <w:rPr>
                <w:rFonts w:ascii="XM Vahid" w:hAnsi="XM Vahid" w:cs="XM Vahid" w:hint="cs"/>
                <w:color w:val="475569"/>
                <w:sz w:val="20"/>
                <w:szCs w:val="20"/>
                <w:rtl/>
                <w:lang w:bidi="ar-MA"/>
              </w:rPr>
              <w:t>.... / .... / 202..</w:t>
            </w:r>
          </w:p>
        </w:tc>
        <w:tc>
          <w:tcPr>
            <w:tcW w:w="1483" w:type="dxa"/>
            <w:shd w:val="clear" w:color="auto" w:fill="FFFBEB"/>
            <w:tcMar>
              <w:top w:w="32" w:type="dxa"/>
              <w:left w:w="40" w:type="dxa"/>
              <w:bottom w:w="32" w:type="dxa"/>
              <w:right w:w="40" w:type="dxa"/>
            </w:tcMar>
          </w:tcPr>
          <w:p w14:paraId="49621C1B" w14:textId="77777777" w:rsidR="00CF2B02" w:rsidRPr="00C80434" w:rsidRDefault="00000000" w:rsidP="00C80434">
            <w:pPr>
              <w:bidi/>
              <w:spacing w:after="0"/>
              <w:jc w:val="center"/>
              <w:rPr>
                <w:rFonts w:ascii="XM Vahid" w:hAnsi="XM Vahid" w:cs="XM Vahid" w:hint="cs"/>
              </w:rPr>
            </w:pPr>
            <w:r w:rsidRPr="00C80434">
              <w:rPr>
                <w:rFonts w:ascii="XM Vahid" w:hAnsi="XM Vahid" w:cs="XM Vahid" w:hint="cs"/>
                <w:color w:val="475569"/>
                <w:sz w:val="20"/>
                <w:szCs w:val="20"/>
                <w:rtl/>
                <w:lang w:bidi="ar-MA"/>
              </w:rPr>
              <w:t>.... / .... / 202..</w:t>
            </w:r>
          </w:p>
        </w:tc>
        <w:tc>
          <w:tcPr>
            <w:tcW w:w="1325" w:type="dxa"/>
            <w:shd w:val="clear" w:color="auto" w:fill="FFFBEB"/>
            <w:tcMar>
              <w:top w:w="32" w:type="dxa"/>
              <w:left w:w="40" w:type="dxa"/>
              <w:bottom w:w="32" w:type="dxa"/>
              <w:right w:w="40" w:type="dxa"/>
            </w:tcMar>
          </w:tcPr>
          <w:p w14:paraId="53DD25A7" w14:textId="77777777" w:rsidR="00CF2B02" w:rsidRPr="00C80434" w:rsidRDefault="00000000" w:rsidP="00C80434">
            <w:pPr>
              <w:bidi/>
              <w:spacing w:after="0"/>
              <w:jc w:val="center"/>
              <w:rPr>
                <w:rFonts w:ascii="XM Vahid" w:hAnsi="XM Vahid" w:cs="XM Vahid" w:hint="cs"/>
              </w:rPr>
            </w:pPr>
            <w:r w:rsidRPr="00C80434">
              <w:rPr>
                <w:rFonts w:ascii="XM Vahid" w:hAnsi="XM Vahid" w:cs="XM Vahid" w:hint="cs"/>
                <w:color w:val="475569"/>
                <w:sz w:val="20"/>
                <w:szCs w:val="20"/>
                <w:rtl/>
                <w:lang w:bidi="ar-MA"/>
              </w:rPr>
              <w:t>...............</w:t>
            </w:r>
          </w:p>
        </w:tc>
        <w:tc>
          <w:tcPr>
            <w:tcW w:w="1699" w:type="dxa"/>
            <w:shd w:val="clear" w:color="auto" w:fill="FFFBEB"/>
            <w:tcMar>
              <w:top w:w="32" w:type="dxa"/>
              <w:left w:w="40" w:type="dxa"/>
              <w:bottom w:w="32" w:type="dxa"/>
              <w:right w:w="40" w:type="dxa"/>
            </w:tcMar>
          </w:tcPr>
          <w:p w14:paraId="65FA5C72" w14:textId="77777777" w:rsidR="00CF2B02" w:rsidRPr="00C80434" w:rsidRDefault="00000000" w:rsidP="00C80434">
            <w:pPr>
              <w:bidi/>
              <w:spacing w:after="0"/>
              <w:jc w:val="center"/>
              <w:rPr>
                <w:rFonts w:ascii="XM Vahid" w:hAnsi="XM Vahid" w:cs="XM Vahid" w:hint="cs"/>
              </w:rPr>
            </w:pPr>
            <w:r w:rsidRPr="00C80434">
              <w:rPr>
                <w:rFonts w:ascii="XM Vahid" w:hAnsi="XM Vahid" w:cs="XM Vahid" w:hint="cs"/>
                <w:color w:val="475569"/>
                <w:sz w:val="20"/>
                <w:szCs w:val="20"/>
                <w:rtl/>
                <w:lang w:bidi="ar-MA"/>
              </w:rPr>
              <w:t>.... / .... / 202..</w:t>
            </w:r>
          </w:p>
        </w:tc>
        <w:tc>
          <w:tcPr>
            <w:tcW w:w="1714" w:type="dxa"/>
            <w:shd w:val="clear" w:color="auto" w:fill="FFFBEB"/>
            <w:tcMar>
              <w:top w:w="32" w:type="dxa"/>
              <w:left w:w="40" w:type="dxa"/>
              <w:bottom w:w="32" w:type="dxa"/>
              <w:right w:w="40" w:type="dxa"/>
            </w:tcMar>
          </w:tcPr>
          <w:p w14:paraId="50B96704" w14:textId="77777777" w:rsidR="00CF2B02" w:rsidRPr="00C80434" w:rsidRDefault="00000000" w:rsidP="00C80434">
            <w:pPr>
              <w:bidi/>
              <w:spacing w:after="0"/>
              <w:jc w:val="center"/>
              <w:rPr>
                <w:rFonts w:ascii="XM Vahid" w:hAnsi="XM Vahid" w:cs="XM Vahid" w:hint="cs"/>
              </w:rPr>
            </w:pPr>
            <w:r w:rsidRPr="00C80434">
              <w:rPr>
                <w:rFonts w:ascii="XM Vahid" w:hAnsi="XM Vahid" w:cs="XM Vahid" w:hint="cs"/>
                <w:color w:val="475569"/>
                <w:sz w:val="20"/>
                <w:szCs w:val="20"/>
                <w:rtl/>
                <w:lang w:bidi="ar-MA"/>
              </w:rPr>
              <w:t>......................</w:t>
            </w:r>
          </w:p>
        </w:tc>
      </w:tr>
    </w:tbl>
    <w:p w14:paraId="0B6A20BF" w14:textId="77777777" w:rsidR="00CF2B02" w:rsidRPr="00C80434" w:rsidRDefault="00000000" w:rsidP="00C80434">
      <w:pPr>
        <w:keepNext/>
        <w:pBdr>
          <w:bottom w:val="single" w:sz="10" w:space="2" w:color="B45309"/>
        </w:pBdr>
        <w:bidi/>
        <w:spacing w:before="130" w:after="50"/>
        <w:rPr>
          <w:rFonts w:ascii="XM Vahid" w:hAnsi="XM Vahid" w:cs="XM Vahid" w:hint="cs"/>
        </w:rPr>
      </w:pPr>
      <w:r w:rsidRPr="00C80434">
        <w:rPr>
          <w:rFonts w:ascii="XM Vahid" w:hAnsi="XM Vahid" w:cs="XM Vahid" w:hint="cs"/>
          <w:b/>
          <w:bCs/>
          <w:color w:val="7C2D12"/>
          <w:sz w:val="26"/>
          <w:szCs w:val="26"/>
          <w:rtl/>
          <w:lang w:bidi="ar-MA"/>
        </w:rPr>
        <w:t>7. الدعامات الديداكتيكية والأنشطة التطبيقية الموظفة</w:t>
      </w:r>
    </w:p>
    <w:p w14:paraId="0176FBDC" w14:textId="77777777" w:rsidR="00CF2B02" w:rsidRPr="00C80434" w:rsidRDefault="00000000" w:rsidP="00C80434">
      <w:pPr>
        <w:keepNext/>
        <w:bidi/>
        <w:spacing w:after="36"/>
        <w:ind w:left="160"/>
        <w:rPr>
          <w:rFonts w:ascii="XM Vahid" w:hAnsi="XM Vahid" w:cs="XM Vahid" w:hint="cs"/>
        </w:rPr>
      </w:pPr>
      <w:r w:rsidRPr="00C80434">
        <w:rPr>
          <w:rFonts w:ascii="XM Vahid" w:hAnsi="XM Vahid" w:cs="XM Vahid" w:hint="cs"/>
          <w:b/>
          <w:bCs/>
          <w:color w:val="B45309"/>
          <w:rtl/>
          <w:lang w:bidi="ar-MA"/>
        </w:rPr>
        <w:t xml:space="preserve">• </w:t>
      </w:r>
      <w:r w:rsidRPr="00C80434">
        <w:rPr>
          <w:rFonts w:ascii="XM Vahid" w:hAnsi="XM Vahid" w:cs="XM Vahid" w:hint="cs"/>
          <w:rtl/>
          <w:lang w:bidi="ar-MA"/>
        </w:rPr>
        <w:t>توظيف البطاقات البصرية للحروف والمقاطع الصوتية لتثبيت التطابق الصوتي-الخطي.</w:t>
      </w:r>
    </w:p>
    <w:p w14:paraId="4CA8CA70" w14:textId="77777777" w:rsidR="00CF2B02" w:rsidRPr="00C80434" w:rsidRDefault="00000000" w:rsidP="00C80434">
      <w:pPr>
        <w:keepNext/>
        <w:bidi/>
        <w:spacing w:after="36"/>
        <w:ind w:left="160"/>
        <w:rPr>
          <w:rFonts w:ascii="XM Vahid" w:hAnsi="XM Vahid" w:cs="XM Vahid" w:hint="cs"/>
        </w:rPr>
      </w:pPr>
      <w:r w:rsidRPr="00C80434">
        <w:rPr>
          <w:rFonts w:ascii="XM Vahid" w:hAnsi="XM Vahid" w:cs="XM Vahid" w:hint="cs"/>
          <w:b/>
          <w:bCs/>
          <w:color w:val="B45309"/>
          <w:rtl/>
          <w:lang w:bidi="ar-MA"/>
        </w:rPr>
        <w:t xml:space="preserve">• </w:t>
      </w:r>
      <w:r w:rsidRPr="00C80434">
        <w:rPr>
          <w:rFonts w:ascii="XM Vahid" w:hAnsi="XM Vahid" w:cs="XM Vahid" w:hint="cs"/>
          <w:rtl/>
          <w:lang w:bidi="ar-MA"/>
        </w:rPr>
        <w:t>المزاوجة بين القراءة الجهرية النموذجية والقراءة الفردية مع تقديم تغذية راجعة وتصحيح فوري.</w:t>
      </w:r>
    </w:p>
    <w:p w14:paraId="026B0847" w14:textId="77777777" w:rsidR="00CF2B02" w:rsidRPr="00C80434" w:rsidRDefault="00000000" w:rsidP="00C80434">
      <w:pPr>
        <w:keepNext/>
        <w:bidi/>
        <w:spacing w:after="36"/>
        <w:ind w:left="160"/>
        <w:rPr>
          <w:rFonts w:ascii="XM Vahid" w:hAnsi="XM Vahid" w:cs="XM Vahid" w:hint="cs"/>
        </w:rPr>
      </w:pPr>
      <w:r w:rsidRPr="00C80434">
        <w:rPr>
          <w:rFonts w:ascii="XM Vahid" w:hAnsi="XM Vahid" w:cs="XM Vahid" w:hint="cs"/>
          <w:b/>
          <w:bCs/>
          <w:color w:val="B45309"/>
          <w:rtl/>
          <w:lang w:bidi="ar-MA"/>
        </w:rPr>
        <w:t xml:space="preserve">• </w:t>
      </w:r>
      <w:r w:rsidRPr="00C80434">
        <w:rPr>
          <w:rFonts w:ascii="XM Vahid" w:hAnsi="XM Vahid" w:cs="XM Vahid" w:hint="cs"/>
          <w:rtl/>
          <w:lang w:bidi="ar-MA"/>
        </w:rPr>
        <w:t>إنجاز تمارين مكثفة في الوعي الصوتي وتقطيع الكلمات إلى مقاطع صوتية ودمجها.</w:t>
      </w:r>
    </w:p>
    <w:p w14:paraId="5F2945B6" w14:textId="77777777" w:rsidR="00CF2B02" w:rsidRPr="00C80434" w:rsidRDefault="00000000" w:rsidP="00C80434">
      <w:pPr>
        <w:bidi/>
        <w:spacing w:after="36"/>
        <w:ind w:left="160"/>
        <w:rPr>
          <w:rFonts w:ascii="XM Vahid" w:hAnsi="XM Vahid" w:cs="XM Vahid" w:hint="cs"/>
        </w:rPr>
      </w:pPr>
      <w:r w:rsidRPr="00C80434">
        <w:rPr>
          <w:rFonts w:ascii="XM Vahid" w:hAnsi="XM Vahid" w:cs="XM Vahid" w:hint="cs"/>
          <w:b/>
          <w:bCs/>
          <w:color w:val="B45309"/>
          <w:rtl/>
          <w:lang w:bidi="ar-MA"/>
        </w:rPr>
        <w:t xml:space="preserve">• </w:t>
      </w:r>
      <w:r w:rsidRPr="00C80434">
        <w:rPr>
          <w:rFonts w:ascii="XM Vahid" w:hAnsi="XM Vahid" w:cs="XM Vahid" w:hint="cs"/>
          <w:rtl/>
          <w:lang w:bidi="ar-MA"/>
        </w:rPr>
        <w:t>برمجة حصص منتظمة للإملاء التطبيقي والتصحيحي (مفردات وجمل قصيرة).</w:t>
      </w:r>
    </w:p>
    <w:p w14:paraId="1A0FD4A7" w14:textId="77777777" w:rsidR="00CF2B02" w:rsidRPr="00C80434" w:rsidRDefault="00000000" w:rsidP="00C80434">
      <w:pPr>
        <w:bidi/>
        <w:spacing w:after="36"/>
        <w:ind w:left="160"/>
        <w:rPr>
          <w:rFonts w:ascii="XM Vahid" w:hAnsi="XM Vahid" w:cs="XM Vahid" w:hint="cs"/>
        </w:rPr>
      </w:pPr>
      <w:r w:rsidRPr="00C80434">
        <w:rPr>
          <w:rFonts w:ascii="XM Vahid" w:hAnsi="XM Vahid" w:cs="XM Vahid" w:hint="cs"/>
          <w:b/>
          <w:bCs/>
          <w:color w:val="B45309"/>
          <w:rtl/>
          <w:lang w:bidi="ar-MA"/>
        </w:rPr>
        <w:t xml:space="preserve">• </w:t>
      </w:r>
      <w:r w:rsidRPr="00C80434">
        <w:rPr>
          <w:rFonts w:ascii="XM Vahid" w:hAnsi="XM Vahid" w:cs="XM Vahid" w:hint="cs"/>
          <w:rtl/>
          <w:lang w:bidi="ar-MA"/>
        </w:rPr>
        <w:t>استثمار الألعاب القرائية المحفزة (لعبة الكلمات المفقودة، الحجلة بالحروف، وسباق الكلمات).</w:t>
      </w:r>
    </w:p>
    <w:p w14:paraId="650F0F32" w14:textId="3F295C44" w:rsidR="00CF2B02" w:rsidRPr="00C80434" w:rsidRDefault="00000000" w:rsidP="00C80434">
      <w:pPr>
        <w:bidi/>
        <w:spacing w:after="36"/>
        <w:ind w:left="160"/>
        <w:rPr>
          <w:rFonts w:ascii="XM Vahid" w:hAnsi="XM Vahid" w:cs="XM Vahid" w:hint="cs"/>
        </w:rPr>
      </w:pPr>
      <w:r w:rsidRPr="00C80434">
        <w:rPr>
          <w:rFonts w:ascii="XM Vahid" w:hAnsi="XM Vahid" w:cs="XM Vahid" w:hint="cs"/>
          <w:b/>
          <w:bCs/>
          <w:color w:val="B45309"/>
          <w:rtl/>
          <w:lang w:bidi="ar-MA"/>
        </w:rPr>
        <w:t xml:space="preserve">• </w:t>
      </w:r>
      <w:r w:rsidRPr="00C80434">
        <w:rPr>
          <w:rFonts w:ascii="XM Vahid" w:hAnsi="XM Vahid" w:cs="XM Vahid" w:hint="cs"/>
          <w:rtl/>
          <w:lang w:bidi="ar-MA"/>
        </w:rPr>
        <w:t>الاستخدام المنتظم للسبورة والألواح الفردية للتدريب السريع.</w:t>
      </w:r>
    </w:p>
    <w:p w14:paraId="0DC6DC17" w14:textId="77777777" w:rsidR="00CF2B02" w:rsidRPr="00C80434" w:rsidRDefault="00000000" w:rsidP="00C80434">
      <w:pPr>
        <w:bidi/>
        <w:spacing w:after="36"/>
        <w:ind w:left="160"/>
        <w:rPr>
          <w:rFonts w:ascii="XM Vahid" w:hAnsi="XM Vahid" w:cs="XM Vahid" w:hint="cs"/>
        </w:rPr>
      </w:pPr>
      <w:r w:rsidRPr="00C80434">
        <w:rPr>
          <w:rFonts w:ascii="XM Vahid" w:hAnsi="XM Vahid" w:cs="XM Vahid" w:hint="cs"/>
          <w:b/>
          <w:bCs/>
          <w:color w:val="B45309"/>
          <w:rtl/>
          <w:lang w:bidi="ar-MA"/>
        </w:rPr>
        <w:t xml:space="preserve">• </w:t>
      </w:r>
      <w:r w:rsidRPr="00C80434">
        <w:rPr>
          <w:rFonts w:ascii="XM Vahid" w:hAnsi="XM Vahid" w:cs="XM Vahid" w:hint="cs"/>
          <w:rtl/>
          <w:lang w:bidi="ar-MA"/>
        </w:rPr>
        <w:t>استثمار دينامية المجموعات لدعم المتعلمين المتعثرين وتعزيز التعلم بالأقران.</w:t>
      </w:r>
    </w:p>
    <w:p w14:paraId="20F6198D" w14:textId="77777777" w:rsidR="00CF2B02" w:rsidRPr="00C80434" w:rsidRDefault="00000000" w:rsidP="00C80434">
      <w:pPr>
        <w:keepNext/>
        <w:pBdr>
          <w:bottom w:val="single" w:sz="10" w:space="2" w:color="B45309"/>
        </w:pBdr>
        <w:bidi/>
        <w:spacing w:before="130" w:after="50"/>
        <w:rPr>
          <w:rFonts w:ascii="XM Vahid" w:hAnsi="XM Vahid" w:cs="XM Vahid" w:hint="cs"/>
        </w:rPr>
      </w:pPr>
      <w:r w:rsidRPr="00C80434">
        <w:rPr>
          <w:rFonts w:ascii="XM Vahid" w:hAnsi="XM Vahid" w:cs="XM Vahid" w:hint="cs"/>
          <w:b/>
          <w:bCs/>
          <w:color w:val="7C2D12"/>
          <w:sz w:val="26"/>
          <w:szCs w:val="26"/>
          <w:rtl/>
          <w:lang w:bidi="ar-MA"/>
        </w:rPr>
        <w:t>8. نتائج التقويم البعدي (رائز الموضعة النهائي)</w:t>
      </w:r>
    </w:p>
    <w:tbl>
      <w:tblPr>
        <w:bidiVisual/>
        <w:tblW w:w="0" w:type="auto"/>
        <w:jc w:val="center"/>
        <w:tblBorders>
          <w:top w:val="single" w:sz="6" w:space="0" w:color="D6C7B2"/>
          <w:left w:val="single" w:sz="6" w:space="0" w:color="D6C7B2"/>
          <w:bottom w:val="single" w:sz="6" w:space="0" w:color="D6C7B2"/>
          <w:right w:val="single" w:sz="6" w:space="0" w:color="D6C7B2"/>
          <w:insideH w:val="single" w:sz="6" w:space="0" w:color="D6C7B2"/>
          <w:insideV w:val="single" w:sz="6" w:space="0" w:color="D6C7B2"/>
        </w:tblBorders>
        <w:tblLayout w:type="fixed"/>
        <w:tblLook w:val="04A0" w:firstRow="1" w:lastRow="0" w:firstColumn="1" w:lastColumn="0" w:noHBand="0" w:noVBand="1"/>
      </w:tblPr>
      <w:tblGrid>
        <w:gridCol w:w="2405"/>
        <w:gridCol w:w="2534"/>
        <w:gridCol w:w="2549"/>
        <w:gridCol w:w="2549"/>
      </w:tblGrid>
      <w:tr w:rsidR="00CF2B02" w:rsidRPr="00C80434" w14:paraId="6B2DCE8F" w14:textId="77777777">
        <w:trPr>
          <w:cantSplit/>
          <w:jc w:val="center"/>
        </w:trPr>
        <w:tc>
          <w:tcPr>
            <w:tcW w:w="2405" w:type="dxa"/>
            <w:shd w:val="clear" w:color="auto" w:fill="FEF3C7"/>
            <w:tcMar>
              <w:top w:w="32" w:type="dxa"/>
              <w:left w:w="55" w:type="dxa"/>
              <w:bottom w:w="32" w:type="dxa"/>
              <w:right w:w="55" w:type="dxa"/>
            </w:tcMar>
          </w:tcPr>
          <w:p w14:paraId="1C3EFCBC" w14:textId="77777777" w:rsidR="00CF2B02" w:rsidRPr="00C80434" w:rsidRDefault="00000000" w:rsidP="00C80434">
            <w:pPr>
              <w:keepNext/>
              <w:bidi/>
              <w:spacing w:after="0"/>
              <w:jc w:val="center"/>
              <w:rPr>
                <w:rFonts w:ascii="XM Vahid" w:hAnsi="XM Vahid" w:cs="XM Vahid" w:hint="cs"/>
              </w:rPr>
            </w:pPr>
            <w:r w:rsidRPr="00C80434">
              <w:rPr>
                <w:rFonts w:ascii="XM Vahid" w:hAnsi="XM Vahid" w:cs="XM Vahid" w:hint="cs"/>
                <w:b/>
                <w:bCs/>
                <w:color w:val="7C2D12"/>
                <w:sz w:val="20"/>
                <w:szCs w:val="20"/>
                <w:rtl/>
                <w:lang w:bidi="ar-MA"/>
              </w:rPr>
              <w:t>المادة الدراسية</w:t>
            </w:r>
          </w:p>
        </w:tc>
        <w:tc>
          <w:tcPr>
            <w:tcW w:w="2534" w:type="dxa"/>
            <w:shd w:val="clear" w:color="auto" w:fill="FEF3C7"/>
            <w:tcMar>
              <w:top w:w="32" w:type="dxa"/>
              <w:left w:w="55" w:type="dxa"/>
              <w:bottom w:w="32" w:type="dxa"/>
              <w:right w:w="55" w:type="dxa"/>
            </w:tcMar>
          </w:tcPr>
          <w:p w14:paraId="377268DA" w14:textId="77777777" w:rsidR="00CF2B02" w:rsidRPr="00C80434" w:rsidRDefault="00000000" w:rsidP="00C80434">
            <w:pPr>
              <w:keepNext/>
              <w:bidi/>
              <w:spacing w:after="0"/>
              <w:jc w:val="center"/>
              <w:rPr>
                <w:rFonts w:ascii="XM Vahid" w:hAnsi="XM Vahid" w:cs="XM Vahid" w:hint="cs"/>
              </w:rPr>
            </w:pPr>
            <w:r w:rsidRPr="00C80434">
              <w:rPr>
                <w:rFonts w:ascii="XM Vahid" w:hAnsi="XM Vahid" w:cs="XM Vahid" w:hint="cs"/>
                <w:b/>
                <w:bCs/>
                <w:color w:val="7C2D12"/>
                <w:sz w:val="20"/>
                <w:szCs w:val="20"/>
                <w:rtl/>
                <w:lang w:bidi="ar-MA"/>
              </w:rPr>
              <w:t>اللغة العربية</w:t>
            </w:r>
          </w:p>
        </w:tc>
        <w:tc>
          <w:tcPr>
            <w:tcW w:w="2549" w:type="dxa"/>
            <w:shd w:val="clear" w:color="auto" w:fill="FEF3C7"/>
            <w:tcMar>
              <w:top w:w="32" w:type="dxa"/>
              <w:left w:w="55" w:type="dxa"/>
              <w:bottom w:w="32" w:type="dxa"/>
              <w:right w:w="55" w:type="dxa"/>
            </w:tcMar>
          </w:tcPr>
          <w:p w14:paraId="3B2D41A5" w14:textId="77777777" w:rsidR="00CF2B02" w:rsidRPr="00C80434" w:rsidRDefault="00000000" w:rsidP="00C80434">
            <w:pPr>
              <w:keepNext/>
              <w:bidi/>
              <w:spacing w:after="0"/>
              <w:jc w:val="center"/>
              <w:rPr>
                <w:rFonts w:ascii="XM Vahid" w:hAnsi="XM Vahid" w:cs="XM Vahid" w:hint="cs"/>
              </w:rPr>
            </w:pPr>
            <w:r w:rsidRPr="00C80434">
              <w:rPr>
                <w:rFonts w:ascii="XM Vahid" w:hAnsi="XM Vahid" w:cs="XM Vahid" w:hint="cs"/>
                <w:b/>
                <w:bCs/>
                <w:color w:val="7C2D12"/>
                <w:sz w:val="20"/>
                <w:szCs w:val="20"/>
                <w:rtl/>
                <w:lang w:bidi="ar-MA"/>
              </w:rPr>
              <w:t>اللغة الفرنسية</w:t>
            </w:r>
          </w:p>
        </w:tc>
        <w:tc>
          <w:tcPr>
            <w:tcW w:w="2549" w:type="dxa"/>
            <w:shd w:val="clear" w:color="auto" w:fill="FEF3C7"/>
            <w:tcMar>
              <w:top w:w="32" w:type="dxa"/>
              <w:left w:w="55" w:type="dxa"/>
              <w:bottom w:w="32" w:type="dxa"/>
              <w:right w:w="55" w:type="dxa"/>
            </w:tcMar>
          </w:tcPr>
          <w:p w14:paraId="523C3799" w14:textId="77777777" w:rsidR="00CF2B02" w:rsidRPr="00C80434" w:rsidRDefault="00000000" w:rsidP="00C80434">
            <w:pPr>
              <w:keepNext/>
              <w:bidi/>
              <w:spacing w:after="0"/>
              <w:jc w:val="center"/>
              <w:rPr>
                <w:rFonts w:ascii="XM Vahid" w:hAnsi="XM Vahid" w:cs="XM Vahid" w:hint="cs"/>
              </w:rPr>
            </w:pPr>
            <w:r w:rsidRPr="00C80434">
              <w:rPr>
                <w:rFonts w:ascii="XM Vahid" w:hAnsi="XM Vahid" w:cs="XM Vahid" w:hint="cs"/>
                <w:b/>
                <w:bCs/>
                <w:color w:val="7C2D12"/>
                <w:sz w:val="20"/>
                <w:szCs w:val="20"/>
                <w:rtl/>
                <w:lang w:bidi="ar-MA"/>
              </w:rPr>
              <w:t>الرياضيات</w:t>
            </w:r>
          </w:p>
        </w:tc>
      </w:tr>
      <w:tr w:rsidR="00CF2B02" w:rsidRPr="00C80434" w14:paraId="139E99D6" w14:textId="77777777">
        <w:trPr>
          <w:cantSplit/>
          <w:jc w:val="center"/>
        </w:trPr>
        <w:tc>
          <w:tcPr>
            <w:tcW w:w="2405" w:type="dxa"/>
            <w:shd w:val="clear" w:color="auto" w:fill="FFFBEB"/>
            <w:tcMar>
              <w:top w:w="32" w:type="dxa"/>
              <w:left w:w="55" w:type="dxa"/>
              <w:bottom w:w="32" w:type="dxa"/>
              <w:right w:w="55" w:type="dxa"/>
            </w:tcMar>
          </w:tcPr>
          <w:p w14:paraId="575A25F4" w14:textId="30C58335" w:rsidR="00CF2B02" w:rsidRPr="00C80434" w:rsidRDefault="00000000" w:rsidP="00C80434">
            <w:pPr>
              <w:bidi/>
              <w:spacing w:after="0"/>
              <w:jc w:val="center"/>
              <w:rPr>
                <w:rFonts w:ascii="XM Vahid" w:hAnsi="XM Vahid" w:cs="XM Vahid" w:hint="cs"/>
              </w:rPr>
            </w:pPr>
            <w:r w:rsidRPr="00C80434">
              <w:rPr>
                <w:rFonts w:ascii="XM Vahid" w:hAnsi="XM Vahid" w:cs="XM Vahid" w:hint="cs"/>
                <w:b/>
                <w:bCs/>
                <w:color w:val="7C2D12"/>
                <w:sz w:val="20"/>
                <w:szCs w:val="20"/>
                <w:rtl/>
                <w:lang w:bidi="ar-MA"/>
              </w:rPr>
              <w:t xml:space="preserve">لبنة التموضع </w:t>
            </w:r>
          </w:p>
        </w:tc>
        <w:tc>
          <w:tcPr>
            <w:tcW w:w="2534" w:type="dxa"/>
            <w:tcMar>
              <w:top w:w="32" w:type="dxa"/>
              <w:left w:w="55" w:type="dxa"/>
              <w:bottom w:w="32" w:type="dxa"/>
              <w:right w:w="55" w:type="dxa"/>
            </w:tcMar>
          </w:tcPr>
          <w:p w14:paraId="386EF1F5" w14:textId="77777777" w:rsidR="00CF2B02" w:rsidRPr="00C80434" w:rsidRDefault="00000000" w:rsidP="00C80434">
            <w:pPr>
              <w:bidi/>
              <w:spacing w:after="0"/>
              <w:jc w:val="center"/>
              <w:rPr>
                <w:rFonts w:ascii="XM Vahid" w:hAnsi="XM Vahid" w:cs="XM Vahid" w:hint="cs"/>
              </w:rPr>
            </w:pPr>
            <w:r w:rsidRPr="00C80434">
              <w:rPr>
                <w:rFonts w:ascii="XM Vahid" w:hAnsi="XM Vahid" w:cs="XM Vahid" w:hint="cs"/>
                <w:color w:val="475569"/>
                <w:sz w:val="20"/>
                <w:szCs w:val="20"/>
                <w:rtl/>
                <w:lang w:bidi="ar-MA"/>
              </w:rPr>
              <w:t>................................</w:t>
            </w:r>
          </w:p>
        </w:tc>
        <w:tc>
          <w:tcPr>
            <w:tcW w:w="2549" w:type="dxa"/>
            <w:tcMar>
              <w:top w:w="32" w:type="dxa"/>
              <w:left w:w="55" w:type="dxa"/>
              <w:bottom w:w="32" w:type="dxa"/>
              <w:right w:w="55" w:type="dxa"/>
            </w:tcMar>
          </w:tcPr>
          <w:p w14:paraId="13452890" w14:textId="77777777" w:rsidR="00CF2B02" w:rsidRPr="00C80434" w:rsidRDefault="00000000" w:rsidP="00C80434">
            <w:pPr>
              <w:bidi/>
              <w:spacing w:after="0"/>
              <w:jc w:val="center"/>
              <w:rPr>
                <w:rFonts w:ascii="XM Vahid" w:hAnsi="XM Vahid" w:cs="XM Vahid" w:hint="cs"/>
              </w:rPr>
            </w:pPr>
            <w:r w:rsidRPr="00C80434">
              <w:rPr>
                <w:rFonts w:ascii="XM Vahid" w:hAnsi="XM Vahid" w:cs="XM Vahid" w:hint="cs"/>
                <w:color w:val="475569"/>
                <w:sz w:val="20"/>
                <w:szCs w:val="20"/>
                <w:rtl/>
                <w:lang w:bidi="ar-MA"/>
              </w:rPr>
              <w:t>................................</w:t>
            </w:r>
          </w:p>
        </w:tc>
        <w:tc>
          <w:tcPr>
            <w:tcW w:w="2549" w:type="dxa"/>
            <w:tcMar>
              <w:top w:w="32" w:type="dxa"/>
              <w:left w:w="55" w:type="dxa"/>
              <w:bottom w:w="32" w:type="dxa"/>
              <w:right w:w="55" w:type="dxa"/>
            </w:tcMar>
          </w:tcPr>
          <w:p w14:paraId="5F31C6A5" w14:textId="77777777" w:rsidR="00CF2B02" w:rsidRPr="00C80434" w:rsidRDefault="00000000" w:rsidP="00C80434">
            <w:pPr>
              <w:bidi/>
              <w:spacing w:after="0"/>
              <w:jc w:val="center"/>
              <w:rPr>
                <w:rFonts w:ascii="XM Vahid" w:hAnsi="XM Vahid" w:cs="XM Vahid" w:hint="cs"/>
              </w:rPr>
            </w:pPr>
            <w:r w:rsidRPr="00C80434">
              <w:rPr>
                <w:rFonts w:ascii="XM Vahid" w:hAnsi="XM Vahid" w:cs="XM Vahid" w:hint="cs"/>
                <w:color w:val="475569"/>
                <w:sz w:val="20"/>
                <w:szCs w:val="20"/>
                <w:rtl/>
                <w:lang w:bidi="ar-MA"/>
              </w:rPr>
              <w:t>................................</w:t>
            </w:r>
          </w:p>
        </w:tc>
      </w:tr>
    </w:tbl>
    <w:p w14:paraId="46805DD0" w14:textId="77777777" w:rsidR="00CF2B02" w:rsidRPr="00C80434" w:rsidRDefault="00000000" w:rsidP="00C80434">
      <w:pPr>
        <w:keepNext/>
        <w:pBdr>
          <w:bottom w:val="single" w:sz="10" w:space="2" w:color="B45309"/>
        </w:pBdr>
        <w:bidi/>
        <w:spacing w:before="130" w:after="50"/>
        <w:rPr>
          <w:rFonts w:ascii="XM Vahid" w:hAnsi="XM Vahid" w:cs="XM Vahid" w:hint="cs"/>
        </w:rPr>
      </w:pPr>
      <w:r w:rsidRPr="00C80434">
        <w:rPr>
          <w:rFonts w:ascii="XM Vahid" w:hAnsi="XM Vahid" w:cs="XM Vahid" w:hint="cs"/>
          <w:b/>
          <w:bCs/>
          <w:color w:val="7C2D12"/>
          <w:sz w:val="26"/>
          <w:szCs w:val="26"/>
          <w:rtl/>
          <w:lang w:bidi="ar-MA"/>
        </w:rPr>
        <w:t>9. خلاصة التتبع والاستنتاجات التربوية</w:t>
      </w:r>
    </w:p>
    <w:p w14:paraId="459BE1CF" w14:textId="77777777" w:rsidR="00CF2B02" w:rsidRPr="00C80434" w:rsidRDefault="00000000" w:rsidP="00C80434">
      <w:pPr>
        <w:keepNext/>
        <w:bidi/>
        <w:spacing w:after="60"/>
        <w:rPr>
          <w:rFonts w:ascii="XM Vahid" w:hAnsi="XM Vahid" w:cs="XM Vahid" w:hint="cs"/>
        </w:rPr>
      </w:pPr>
      <w:r w:rsidRPr="00C80434">
        <w:rPr>
          <w:rFonts w:ascii="XM Vahid" w:hAnsi="XM Vahid" w:cs="XM Vahid" w:hint="cs"/>
          <w:rtl/>
          <w:lang w:bidi="ar-MA"/>
        </w:rPr>
        <w:t>إثر تنزيل برنامج الدعم المكثف لتثبيت التعلمات الأساس، أبان(ت) المتعلم(ة) .................................... عن تحسن ملموس في طلاقة قراءة المفردات والجمل القصيرة، مع شروع واضح في التمكن من قراءة الفقرات البسيطة كاملة؛ كما سُجّل تطور إيجابي في الأداء الإملائي ومستوى التفاعل والانخراط داخل الفصل الدراسي.</w:t>
      </w:r>
    </w:p>
    <w:p w14:paraId="08329599" w14:textId="77777777" w:rsidR="00CF2B02" w:rsidRPr="00C80434" w:rsidRDefault="00000000" w:rsidP="00C80434">
      <w:pPr>
        <w:keepNext/>
        <w:bidi/>
        <w:spacing w:after="120"/>
        <w:jc w:val="both"/>
        <w:rPr>
          <w:rFonts w:ascii="XM Vahid" w:hAnsi="XM Vahid" w:cs="XM Vahid" w:hint="cs"/>
          <w:lang w:bidi="ar-MA"/>
        </w:rPr>
      </w:pPr>
      <w:r w:rsidRPr="00C80434">
        <w:rPr>
          <w:rFonts w:ascii="XM Vahid" w:hAnsi="XM Vahid" w:cs="XM Vahid" w:hint="cs"/>
          <w:rtl/>
          <w:lang w:bidi="ar-MA"/>
        </w:rPr>
        <w:t>ورغم هذه المكتسبات الإيجابية، تظل الحاجة قائمة إلى مواصلة المواكبة البيداغوجية، لا سيما في شقّي الفهم القرائي والإنتاج الكتابي المستقل، الأمر الذي يستلزم برمجة حصص داعمة إضافية وتتبع فردي مستمر لترسيخ التعلمات.</w:t>
      </w:r>
    </w:p>
    <w:p w14:paraId="5E942688" w14:textId="77777777" w:rsidR="006C5438" w:rsidRPr="00C80434" w:rsidRDefault="006C5438" w:rsidP="00C80434">
      <w:pPr>
        <w:keepNext/>
        <w:bidi/>
        <w:spacing w:after="120"/>
        <w:jc w:val="both"/>
        <w:rPr>
          <w:rFonts w:ascii="XM Vahid" w:hAnsi="XM Vahid" w:cs="XM Vahid" w:hint="cs"/>
        </w:rPr>
      </w:pPr>
    </w:p>
    <w:p w14:paraId="634A3089" w14:textId="77777777" w:rsidR="006C5438" w:rsidRPr="00C80434" w:rsidRDefault="006C5438" w:rsidP="00C80434">
      <w:pPr>
        <w:keepNext/>
        <w:bidi/>
        <w:spacing w:after="120"/>
        <w:jc w:val="both"/>
        <w:rPr>
          <w:rFonts w:ascii="XM Vahid" w:hAnsi="XM Vahid" w:cs="XM Vahid" w:hint="cs"/>
        </w:rPr>
      </w:pPr>
    </w:p>
    <w:p w14:paraId="7A5665EB" w14:textId="77777777" w:rsidR="006C5438" w:rsidRPr="00C80434" w:rsidRDefault="006C5438" w:rsidP="00C80434">
      <w:pPr>
        <w:keepNext/>
        <w:bidi/>
        <w:spacing w:after="120"/>
        <w:jc w:val="both"/>
        <w:rPr>
          <w:rFonts w:ascii="XM Vahid" w:hAnsi="XM Vahid" w:cs="XM Vahid" w:hint="cs"/>
        </w:rPr>
      </w:pPr>
    </w:p>
    <w:tbl>
      <w:tblPr>
        <w:bidiVisual/>
        <w:tblW w:w="0" w:type="auto"/>
        <w:jc w:val="center"/>
        <w:tblBorders>
          <w:top w:val="single" w:sz="6" w:space="0" w:color="D6C7B2"/>
          <w:left w:val="single" w:sz="6" w:space="0" w:color="D6C7B2"/>
          <w:bottom w:val="single" w:sz="6" w:space="0" w:color="D6C7B2"/>
          <w:right w:val="single" w:sz="6" w:space="0" w:color="D6C7B2"/>
          <w:insideH w:val="single" w:sz="6" w:space="0" w:color="D6C7B2"/>
          <w:insideV w:val="single" w:sz="6" w:space="0" w:color="D6C7B2"/>
        </w:tblBorders>
        <w:tblLook w:val="04A0" w:firstRow="1" w:lastRow="0" w:firstColumn="1" w:lastColumn="0" w:noHBand="0" w:noVBand="1"/>
      </w:tblPr>
      <w:tblGrid>
        <w:gridCol w:w="5018"/>
        <w:gridCol w:w="5018"/>
      </w:tblGrid>
      <w:tr w:rsidR="00CF2B02" w:rsidRPr="00C80434" w14:paraId="01AD265D" w14:textId="77777777">
        <w:trPr>
          <w:cantSplit/>
          <w:jc w:val="center"/>
        </w:trPr>
        <w:tc>
          <w:tcPr>
            <w:tcW w:w="5018" w:type="dxa"/>
            <w:shd w:val="clear" w:color="auto" w:fill="FFFBEB"/>
            <w:tcMar>
              <w:top w:w="40" w:type="dxa"/>
              <w:left w:w="70" w:type="dxa"/>
              <w:bottom w:w="110" w:type="dxa"/>
              <w:right w:w="70" w:type="dxa"/>
            </w:tcMar>
          </w:tcPr>
          <w:p w14:paraId="17A1C86E" w14:textId="77777777" w:rsidR="00CF2B02" w:rsidRPr="00C80434" w:rsidRDefault="00000000" w:rsidP="00C80434">
            <w:pPr>
              <w:bidi/>
              <w:spacing w:after="0"/>
              <w:jc w:val="center"/>
              <w:rPr>
                <w:rFonts w:ascii="XM Vahid" w:hAnsi="XM Vahid" w:cs="XM Vahid" w:hint="cs"/>
              </w:rPr>
            </w:pPr>
            <w:r w:rsidRPr="00C80434">
              <w:rPr>
                <w:rFonts w:ascii="XM Vahid" w:hAnsi="XM Vahid" w:cs="XM Vahid" w:hint="cs"/>
                <w:b/>
                <w:bCs/>
                <w:color w:val="7C2D12"/>
                <w:sz w:val="21"/>
                <w:szCs w:val="21"/>
                <w:rtl/>
                <w:lang w:bidi="ar-MA"/>
              </w:rPr>
              <w:t>توقيع الأستاذ(ة) المؤطر(ة):</w:t>
            </w:r>
          </w:p>
        </w:tc>
        <w:tc>
          <w:tcPr>
            <w:tcW w:w="5018" w:type="dxa"/>
            <w:shd w:val="clear" w:color="auto" w:fill="FFFBEB"/>
            <w:tcMar>
              <w:top w:w="40" w:type="dxa"/>
              <w:left w:w="70" w:type="dxa"/>
              <w:bottom w:w="110" w:type="dxa"/>
              <w:right w:w="70" w:type="dxa"/>
            </w:tcMar>
          </w:tcPr>
          <w:p w14:paraId="3492E021" w14:textId="77777777" w:rsidR="00CF2B02" w:rsidRPr="00C80434" w:rsidRDefault="00000000" w:rsidP="00C80434">
            <w:pPr>
              <w:bidi/>
              <w:spacing w:after="0"/>
              <w:jc w:val="center"/>
              <w:rPr>
                <w:rFonts w:ascii="XM Vahid" w:hAnsi="XM Vahid" w:cs="XM Vahid" w:hint="cs"/>
              </w:rPr>
            </w:pPr>
            <w:r w:rsidRPr="00C80434">
              <w:rPr>
                <w:rFonts w:ascii="XM Vahid" w:hAnsi="XM Vahid" w:cs="XM Vahid" w:hint="cs"/>
                <w:b/>
                <w:bCs/>
                <w:color w:val="7C2D12"/>
                <w:sz w:val="21"/>
                <w:szCs w:val="21"/>
                <w:rtl/>
                <w:lang w:bidi="ar-MA"/>
              </w:rPr>
              <w:t>توقيع السيد(ة) مدير(ة) المؤسسة:</w:t>
            </w:r>
          </w:p>
        </w:tc>
      </w:tr>
    </w:tbl>
    <w:p w14:paraId="6AA55F20" w14:textId="77777777" w:rsidR="00EB2B3D" w:rsidRPr="00C80434" w:rsidRDefault="00EB2B3D" w:rsidP="00C80434">
      <w:pPr>
        <w:rPr>
          <w:rFonts w:ascii="XM Vahid" w:hAnsi="XM Vahid" w:cs="XM Vahid" w:hint="cs"/>
        </w:rPr>
      </w:pPr>
    </w:p>
    <w:sectPr w:rsidR="00EB2B3D" w:rsidRPr="00C80434" w:rsidSect="00034616">
      <w:pgSz w:w="11909" w:h="16834"/>
      <w:pgMar w:top="691" w:right="936" w:bottom="691"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Noto Naskh Arabic">
    <w:altName w:val="Cambria"/>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XM Vahid">
    <w:panose1 w:val="02000503090000020004"/>
    <w:charset w:val="B2"/>
    <w:family w:val="auto"/>
    <w:pitch w:val="variable"/>
    <w:sig w:usb0="00002003" w:usb1="80000000" w:usb2="00000008" w:usb3="00000000" w:csb0="0000005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66840977">
    <w:abstractNumId w:val="8"/>
  </w:num>
  <w:num w:numId="2" w16cid:durableId="1818959928">
    <w:abstractNumId w:val="6"/>
  </w:num>
  <w:num w:numId="3" w16cid:durableId="673799846">
    <w:abstractNumId w:val="5"/>
  </w:num>
  <w:num w:numId="4" w16cid:durableId="519390887">
    <w:abstractNumId w:val="4"/>
  </w:num>
  <w:num w:numId="5" w16cid:durableId="26296807">
    <w:abstractNumId w:val="7"/>
  </w:num>
  <w:num w:numId="6" w16cid:durableId="872039816">
    <w:abstractNumId w:val="3"/>
  </w:num>
  <w:num w:numId="7" w16cid:durableId="452284635">
    <w:abstractNumId w:val="2"/>
  </w:num>
  <w:num w:numId="8" w16cid:durableId="1389382673">
    <w:abstractNumId w:val="1"/>
  </w:num>
  <w:num w:numId="9" w16cid:durableId="54166914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5"/>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441F3"/>
    <w:rsid w:val="0015074B"/>
    <w:rsid w:val="0024073D"/>
    <w:rsid w:val="0029639D"/>
    <w:rsid w:val="00326F90"/>
    <w:rsid w:val="006C5438"/>
    <w:rsid w:val="00790B45"/>
    <w:rsid w:val="00AA1D8D"/>
    <w:rsid w:val="00B47730"/>
    <w:rsid w:val="00C80434"/>
    <w:rsid w:val="00CB0664"/>
    <w:rsid w:val="00CF2B02"/>
    <w:rsid w:val="00EB2B3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703BBE8"/>
  <w14:defaultImageDpi w14:val="300"/>
  <w15:docId w15:val="{C38DD8B4-6062-5A4E-A205-5DC87F641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Noto Naskh Arabic" w:hAnsi="Noto Naskh Arabic" w:cs="Noto Naskh Arabic"/>
      <w:color w:val="1E293B"/>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697</Words>
  <Characters>3974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MOHAMMED EL AISSATI</cp:lastModifiedBy>
  <cp:revision>17</cp:revision>
  <dcterms:created xsi:type="dcterms:W3CDTF">2013-12-23T23:15:00Z</dcterms:created>
  <dcterms:modified xsi:type="dcterms:W3CDTF">2026-10-18T02:55:00Z</dcterms:modified>
  <cp:category/>
</cp:coreProperties>
</file>